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A3D6F" w14:textId="77777777" w:rsidR="007B0879" w:rsidRDefault="00000000">
      <w:pPr>
        <w:pStyle w:val="Titre1"/>
        <w:jc w:val="center"/>
      </w:pPr>
      <w:r>
        <w:t>EXERCICE 1 : LE DÉTECTIVE DE LA PROBLÉMATIQUE</w:t>
      </w:r>
    </w:p>
    <w:p w14:paraId="71B0CA25" w14:textId="77777777" w:rsidR="00320231" w:rsidRDefault="00320231"/>
    <w:p w14:paraId="02F39B6E" w14:textId="528A1AD0" w:rsidR="007B0879" w:rsidRPr="00320231" w:rsidRDefault="00000000">
      <w:pPr>
        <w:rPr>
          <w:b/>
          <w:bCs/>
        </w:rPr>
      </w:pPr>
      <w:r w:rsidRPr="00320231">
        <w:rPr>
          <w:b/>
          <w:bCs/>
        </w:rPr>
        <w:t xml:space="preserve">Master 1 QSE - </w:t>
      </w:r>
      <w:proofErr w:type="spellStart"/>
      <w:r w:rsidRPr="00320231">
        <w:rPr>
          <w:b/>
          <w:bCs/>
        </w:rPr>
        <w:t>Méthodologie</w:t>
      </w:r>
      <w:proofErr w:type="spellEnd"/>
      <w:r w:rsidRPr="00320231">
        <w:rPr>
          <w:b/>
          <w:bCs/>
        </w:rPr>
        <w:t xml:space="preserve"> </w:t>
      </w:r>
      <w:r w:rsidR="00320231" w:rsidRPr="00320231">
        <w:rPr>
          <w:b/>
          <w:bCs/>
        </w:rPr>
        <w:t xml:space="preserve">du </w:t>
      </w:r>
      <w:proofErr w:type="spellStart"/>
      <w:r w:rsidR="00320231" w:rsidRPr="00320231">
        <w:rPr>
          <w:b/>
          <w:bCs/>
        </w:rPr>
        <w:t>mémoire</w:t>
      </w:r>
      <w:proofErr w:type="spellEnd"/>
    </w:p>
    <w:p w14:paraId="2E0AE9FC" w14:textId="7D01AD2C" w:rsidR="00320231" w:rsidRPr="00320231" w:rsidRDefault="00320231">
      <w:pPr>
        <w:rPr>
          <w:b/>
          <w:bCs/>
        </w:rPr>
      </w:pPr>
      <w:r w:rsidRPr="00320231">
        <w:rPr>
          <w:b/>
          <w:bCs/>
        </w:rPr>
        <w:t>Maria Mercanti-Guérin</w:t>
      </w:r>
    </w:p>
    <w:p w14:paraId="50224C4E" w14:textId="77777777" w:rsidR="00320231" w:rsidRDefault="00320231"/>
    <w:p w14:paraId="69469E7F" w14:textId="77777777" w:rsidR="007B0879" w:rsidRDefault="00000000">
      <w:r>
        <w:t>CONSIGNE POUR LE GROUPE :</w:t>
      </w:r>
    </w:p>
    <w:p w14:paraId="6027FDC4" w14:textId="77777777" w:rsidR="007B0879" w:rsidRDefault="00000000" w:rsidP="00320231">
      <w:pPr>
        <w:jc w:val="both"/>
      </w:pPr>
      <w:r>
        <w:t xml:space="preserve">Vous </w:t>
      </w:r>
      <w:proofErr w:type="spellStart"/>
      <w:r>
        <w:t>êtes</w:t>
      </w:r>
      <w:proofErr w:type="spellEnd"/>
      <w:r>
        <w:t xml:space="preserve"> consultants QSE et vous recevez ces trois témoignages d'entreprises clientes. Votre mission est de transformer ces observations terrain en problématiques de recherche structurées.</w:t>
      </w:r>
    </w:p>
    <w:p w14:paraId="05B3958D" w14:textId="77777777" w:rsidR="007B0879" w:rsidRDefault="00000000">
      <w:r>
        <w:t xml:space="preserve">Pour </w:t>
      </w:r>
      <w:proofErr w:type="spellStart"/>
      <w:r>
        <w:t>chaque</w:t>
      </w:r>
      <w:proofErr w:type="spellEnd"/>
      <w:r>
        <w:t xml:space="preserve"> </w:t>
      </w:r>
      <w:proofErr w:type="spellStart"/>
      <w:r>
        <w:t>cas</w:t>
      </w:r>
      <w:proofErr w:type="spellEnd"/>
      <w:r>
        <w:t xml:space="preserve">, </w:t>
      </w:r>
      <w:proofErr w:type="spellStart"/>
      <w:r>
        <w:t>identifiez</w:t>
      </w:r>
      <w:proofErr w:type="spellEnd"/>
      <w:r>
        <w:t xml:space="preserve"> :</w:t>
      </w:r>
    </w:p>
    <w:p w14:paraId="557CFDCA" w14:textId="77777777" w:rsidR="007B0879" w:rsidRDefault="00000000">
      <w:r>
        <w:t>1. Le phénomène observé (que se passe-t-il ?)</w:t>
      </w:r>
    </w:p>
    <w:p w14:paraId="372117BC" w14:textId="77777777" w:rsidR="007B0879" w:rsidRDefault="00000000">
      <w:r>
        <w:t>2. Le paradoxe ou la tension (qu'est-ce qui pose problème ?)</w:t>
      </w:r>
    </w:p>
    <w:p w14:paraId="0B98499D" w14:textId="77777777" w:rsidR="007B0879" w:rsidRDefault="00000000">
      <w:r>
        <w:t>3. La question "pourquoi/comment" sous-jacente</w:t>
      </w:r>
    </w:p>
    <w:p w14:paraId="6C4CB5FE" w14:textId="77777777" w:rsidR="007B0879" w:rsidRDefault="00000000">
      <w:r>
        <w:t>4. La formulation finale en une problématique de recherche claire</w:t>
      </w:r>
    </w:p>
    <w:p w14:paraId="55EEC6AF" w14:textId="77777777" w:rsidR="007B0879" w:rsidRDefault="007B0879"/>
    <w:p w14:paraId="444919B1" w14:textId="77777777" w:rsidR="007B0879" w:rsidRDefault="00000000">
      <w:r>
        <w:t>Durée : 20 minutes</w:t>
      </w:r>
    </w:p>
    <w:p w14:paraId="436B6747" w14:textId="77777777" w:rsidR="007B0879" w:rsidRDefault="00000000">
      <w:r>
        <w:t>Format : Travail en groupe de 5 personnes</w:t>
      </w:r>
    </w:p>
    <w:p w14:paraId="0A65EFAE" w14:textId="77777777" w:rsidR="007B0879" w:rsidRDefault="00000000">
      <w:r>
        <w:t>Rendu : Préparez une présentation orale de 3 minutes sur UN cas</w:t>
      </w:r>
    </w:p>
    <w:p w14:paraId="03A8945F" w14:textId="77777777" w:rsidR="007B0879" w:rsidRDefault="007B0879"/>
    <w:p w14:paraId="7550AFCA" w14:textId="77777777" w:rsidR="007B0879" w:rsidRDefault="007B0879"/>
    <w:p w14:paraId="3374C9D3" w14:textId="77777777" w:rsidR="007B0879" w:rsidRDefault="00000000">
      <w:pPr>
        <w:pStyle w:val="Titre2"/>
      </w:pPr>
      <w:r>
        <w:t>CAS A : L'ENTREPRISE INDUSTRIELLE SÉCURITECH</w:t>
      </w:r>
    </w:p>
    <w:p w14:paraId="226F7DCB" w14:textId="77777777" w:rsidR="007B0879" w:rsidRDefault="007B0879"/>
    <w:p w14:paraId="2A399BEE" w14:textId="77777777" w:rsidR="007B0879" w:rsidRDefault="00000000">
      <w:r>
        <w:t>Témoignage du responsable HSE :</w:t>
      </w:r>
    </w:p>
    <w:p w14:paraId="7F1FC25D" w14:textId="77777777" w:rsidR="007B0879" w:rsidRDefault="007B0879"/>
    <w:p w14:paraId="2FC8BA85" w14:textId="4FA18133" w:rsidR="007B0879" w:rsidRDefault="00000000" w:rsidP="00E9465B">
      <w:pPr>
        <w:jc w:val="both"/>
      </w:pPr>
      <w:r>
        <w:t xml:space="preserve">"Dans notre usine de fabrication de pièces automobiles, on a remarqué que les accidents du travail ont augmenté de 30% cette année, et ce malgré nos efforts. Le plus inquiétant, c'est que 80% de ces accidents concernent des salariés embauchés depuis </w:t>
      </w:r>
      <w:proofErr w:type="spellStart"/>
      <w:r>
        <w:t>moins</w:t>
      </w:r>
      <w:proofErr w:type="spellEnd"/>
      <w:r>
        <w:t xml:space="preserve"> de 6 </w:t>
      </w:r>
      <w:proofErr w:type="spellStart"/>
      <w:r>
        <w:t>mois</w:t>
      </w:r>
      <w:proofErr w:type="spellEnd"/>
      <w:r>
        <w:t>.</w:t>
      </w:r>
      <w:r w:rsidR="00E9465B">
        <w:t xml:space="preserve"> </w:t>
      </w:r>
      <w:proofErr w:type="spellStart"/>
      <w:r>
        <w:t>Pourtant</w:t>
      </w:r>
      <w:proofErr w:type="spellEnd"/>
      <w:r>
        <w:t xml:space="preserve">, on fait tout dans les règles : formation sécurité obligatoire de 2 jours pour tous les nouveaux, accompagnement par un tuteur pendant </w:t>
      </w:r>
      <w:r>
        <w:lastRenderedPageBreak/>
        <w:t xml:space="preserve">le premier mois, affichage des consignes partout dans l'atelier. Les anciens salariés, eux, </w:t>
      </w:r>
      <w:proofErr w:type="spellStart"/>
      <w:r>
        <w:t>n'ont</w:t>
      </w:r>
      <w:proofErr w:type="spellEnd"/>
      <w:r>
        <w:t xml:space="preserve"> </w:t>
      </w:r>
      <w:proofErr w:type="spellStart"/>
      <w:r>
        <w:t>quasiment</w:t>
      </w:r>
      <w:proofErr w:type="spellEnd"/>
      <w:r>
        <w:t xml:space="preserve"> pas </w:t>
      </w:r>
      <w:proofErr w:type="spellStart"/>
      <w:r>
        <w:t>d'accidents</w:t>
      </w:r>
      <w:proofErr w:type="spellEnd"/>
      <w:r>
        <w:t>.</w:t>
      </w:r>
      <w:r w:rsidR="00E9465B">
        <w:t xml:space="preserve"> </w:t>
      </w:r>
      <w:r>
        <w:t xml:space="preserve">On a </w:t>
      </w:r>
      <w:proofErr w:type="spellStart"/>
      <w:r>
        <w:t>investi</w:t>
      </w:r>
      <w:proofErr w:type="spellEnd"/>
      <w:r>
        <w:t xml:space="preserve"> </w:t>
      </w:r>
      <w:proofErr w:type="spellStart"/>
      <w:r>
        <w:t>massivement</w:t>
      </w:r>
      <w:proofErr w:type="spellEnd"/>
      <w:r>
        <w:t xml:space="preserve"> dans la formation mais les résultats ne suivent pas. Je ne comprends pas ce qui coince."</w:t>
      </w:r>
    </w:p>
    <w:p w14:paraId="7EDB505D" w14:textId="77777777" w:rsidR="007B0879" w:rsidRPr="00E9465B" w:rsidRDefault="00000000">
      <w:pPr>
        <w:rPr>
          <w:b/>
          <w:bCs/>
          <w:color w:val="EE0000"/>
          <w:u w:val="single"/>
        </w:rPr>
      </w:pPr>
      <w:r w:rsidRPr="00E9465B">
        <w:rPr>
          <w:b/>
          <w:bCs/>
          <w:color w:val="EE0000"/>
          <w:u w:val="single"/>
        </w:rPr>
        <w:t>Espace de travail pour votre groupe :</w:t>
      </w:r>
    </w:p>
    <w:p w14:paraId="3EA6F56C" w14:textId="77777777" w:rsidR="007B0879" w:rsidRDefault="007B0879"/>
    <w:p w14:paraId="262210F8" w14:textId="77777777" w:rsidR="007B0879" w:rsidRDefault="00000000">
      <w:r>
        <w:t>1. Phénomène observé :</w:t>
      </w:r>
    </w:p>
    <w:p w14:paraId="03F1C0AE" w14:textId="77777777" w:rsidR="007B0879" w:rsidRDefault="007B0879"/>
    <w:p w14:paraId="6C798ABB" w14:textId="77777777" w:rsidR="007B0879" w:rsidRDefault="007B0879"/>
    <w:p w14:paraId="0DCC18A1" w14:textId="77777777" w:rsidR="007B0879" w:rsidRDefault="00000000">
      <w:r>
        <w:t>2. Paradoxe/tension :</w:t>
      </w:r>
    </w:p>
    <w:p w14:paraId="69D99328" w14:textId="77777777" w:rsidR="007B0879" w:rsidRDefault="007B0879"/>
    <w:p w14:paraId="5AEF47FC" w14:textId="77777777" w:rsidR="007B0879" w:rsidRDefault="007B0879"/>
    <w:p w14:paraId="28A98250" w14:textId="77777777" w:rsidR="007B0879" w:rsidRDefault="00000000">
      <w:r>
        <w:t>3. Question(s) sous-jacente(s) :</w:t>
      </w:r>
    </w:p>
    <w:p w14:paraId="09F902E5" w14:textId="77777777" w:rsidR="007B0879" w:rsidRDefault="007B0879"/>
    <w:p w14:paraId="30F0B7C6" w14:textId="77777777" w:rsidR="007B0879" w:rsidRDefault="007B0879"/>
    <w:p w14:paraId="1DC703B1" w14:textId="77777777" w:rsidR="007B0879" w:rsidRDefault="00000000">
      <w:r>
        <w:t>4. PROBLÉMATIQUE FINALE :</w:t>
      </w:r>
    </w:p>
    <w:p w14:paraId="76E57231" w14:textId="77777777" w:rsidR="007B0879" w:rsidRDefault="007B0879"/>
    <w:p w14:paraId="5B5ABA49" w14:textId="77777777" w:rsidR="007B0879" w:rsidRDefault="007B0879"/>
    <w:p w14:paraId="42A95F5B" w14:textId="77777777" w:rsidR="007B0879" w:rsidRDefault="007B0879"/>
    <w:p w14:paraId="76BC01EB" w14:textId="77777777" w:rsidR="007B0879" w:rsidRDefault="00000000">
      <w:pPr>
        <w:pStyle w:val="Titre2"/>
      </w:pPr>
      <w:r>
        <w:t>CAS B : L'ENTREPRISE DE SERVICES ECOPLUS</w:t>
      </w:r>
    </w:p>
    <w:p w14:paraId="25A288BD" w14:textId="77777777" w:rsidR="007B0879" w:rsidRDefault="007B0879"/>
    <w:p w14:paraId="67647195" w14:textId="77777777" w:rsidR="007B0879" w:rsidRDefault="00000000">
      <w:r>
        <w:t>Témoignage de la directrice :</w:t>
      </w:r>
    </w:p>
    <w:p w14:paraId="18FDDB24" w14:textId="1E082E2F" w:rsidR="007B0879" w:rsidRDefault="00000000" w:rsidP="00E9465B">
      <w:pPr>
        <w:jc w:val="both"/>
      </w:pPr>
      <w:r>
        <w:t xml:space="preserve">"Notre société de conseil en ingénierie a obtenu la certification ISO 14001 il y a trois ans. C'était une demande de nos clients grands comptes, qui exigent cette certification pour </w:t>
      </w:r>
      <w:proofErr w:type="spellStart"/>
      <w:r>
        <w:t>travailler</w:t>
      </w:r>
      <w:proofErr w:type="spellEnd"/>
      <w:r>
        <w:t xml:space="preserve"> avec nous.</w:t>
      </w:r>
      <w:r w:rsidR="00E9465B">
        <w:t xml:space="preserve"> </w:t>
      </w:r>
      <w:proofErr w:type="spellStart"/>
      <w:r>
        <w:t>Franchement</w:t>
      </w:r>
      <w:proofErr w:type="spellEnd"/>
      <w:r>
        <w:t xml:space="preserve">, </w:t>
      </w:r>
      <w:proofErr w:type="spellStart"/>
      <w:r>
        <w:t>ça</w:t>
      </w:r>
      <w:proofErr w:type="spellEnd"/>
      <w:r>
        <w:t xml:space="preserve"> nous </w:t>
      </w:r>
      <w:proofErr w:type="spellStart"/>
      <w:r>
        <w:t>coûte</w:t>
      </w:r>
      <w:proofErr w:type="spellEnd"/>
      <w:r>
        <w:t xml:space="preserve"> </w:t>
      </w:r>
      <w:proofErr w:type="spellStart"/>
      <w:r>
        <w:t>cher</w:t>
      </w:r>
      <w:proofErr w:type="spellEnd"/>
      <w:r>
        <w:t xml:space="preserve"> : audit annuel, mise à jour des procédures, temps passé en réunions de suivi, recrutement d'une chargée de mission </w:t>
      </w:r>
      <w:proofErr w:type="spellStart"/>
      <w:r>
        <w:t>environnement</w:t>
      </w:r>
      <w:proofErr w:type="spellEnd"/>
      <w:r>
        <w:t xml:space="preserve"> à mi-temps.</w:t>
      </w:r>
      <w:r w:rsidR="00E9465B">
        <w:t xml:space="preserve"> </w:t>
      </w:r>
      <w:r>
        <w:t xml:space="preserve">Mais </w:t>
      </w:r>
      <w:proofErr w:type="spellStart"/>
      <w:r>
        <w:t>concrètement</w:t>
      </w:r>
      <w:proofErr w:type="spellEnd"/>
      <w:r>
        <w:t xml:space="preserve">, au </w:t>
      </w:r>
      <w:proofErr w:type="spellStart"/>
      <w:r>
        <w:t>quotidien</w:t>
      </w:r>
      <w:proofErr w:type="spellEnd"/>
      <w:r>
        <w:t xml:space="preserve">, je ne vois pas de différence majeure. On imprime toujours autant, les commerciaux prennent leur voiture personnelle plutôt que le train, et nos pratiques d'achats n'ont pas vraiment changé. C'est surtout un travail </w:t>
      </w:r>
      <w:proofErr w:type="spellStart"/>
      <w:r>
        <w:t>administratif</w:t>
      </w:r>
      <w:proofErr w:type="spellEnd"/>
      <w:r>
        <w:t xml:space="preserve"> et </w:t>
      </w:r>
      <w:proofErr w:type="spellStart"/>
      <w:r>
        <w:t>documentaire</w:t>
      </w:r>
      <w:proofErr w:type="spellEnd"/>
      <w:r>
        <w:t>.</w:t>
      </w:r>
      <w:r w:rsidR="00E9465B">
        <w:t xml:space="preserve"> </w:t>
      </w:r>
      <w:r>
        <w:t xml:space="preserve">Par </w:t>
      </w:r>
      <w:proofErr w:type="spellStart"/>
      <w:r>
        <w:t>contre</w:t>
      </w:r>
      <w:proofErr w:type="spellEnd"/>
      <w:r>
        <w:t xml:space="preserve">, </w:t>
      </w:r>
      <w:proofErr w:type="spellStart"/>
      <w:r>
        <w:t>nos</w:t>
      </w:r>
      <w:proofErr w:type="spellEnd"/>
      <w:r>
        <w:t xml:space="preserve"> </w:t>
      </w:r>
      <w:proofErr w:type="spellStart"/>
      <w:r>
        <w:t>commerciaux</w:t>
      </w:r>
      <w:proofErr w:type="spellEnd"/>
      <w:r>
        <w:t xml:space="preserve"> me </w:t>
      </w:r>
      <w:proofErr w:type="spellStart"/>
      <w:r>
        <w:t>disent</w:t>
      </w:r>
      <w:proofErr w:type="spellEnd"/>
      <w:r>
        <w:t xml:space="preserve"> que le logo ISO 14001 sur nos plaquettes rassure les clients. Alors on continue, mais je m'interroge sur le sens de tout ça."</w:t>
      </w:r>
    </w:p>
    <w:p w14:paraId="5DCCA1B5" w14:textId="77777777" w:rsidR="007B0879" w:rsidRDefault="007B0879"/>
    <w:p w14:paraId="0E648E59" w14:textId="77777777" w:rsidR="007B0879" w:rsidRDefault="007B0879"/>
    <w:p w14:paraId="42B5ADE5" w14:textId="77777777" w:rsidR="007B0879" w:rsidRPr="00E9465B" w:rsidRDefault="00000000">
      <w:pPr>
        <w:rPr>
          <w:b/>
          <w:bCs/>
          <w:color w:val="EE0000"/>
          <w:u w:val="single"/>
        </w:rPr>
      </w:pPr>
      <w:r w:rsidRPr="00E9465B">
        <w:rPr>
          <w:b/>
          <w:bCs/>
          <w:color w:val="EE0000"/>
          <w:u w:val="single"/>
        </w:rPr>
        <w:t>Espace de travail pour votre groupe :</w:t>
      </w:r>
    </w:p>
    <w:p w14:paraId="4EDD018F" w14:textId="77777777" w:rsidR="007B0879" w:rsidRDefault="007B0879"/>
    <w:p w14:paraId="0F919CD9" w14:textId="77777777" w:rsidR="007B0879" w:rsidRDefault="00000000">
      <w:r>
        <w:t>1. Phénomène observé :</w:t>
      </w:r>
    </w:p>
    <w:p w14:paraId="603AF8C3" w14:textId="77777777" w:rsidR="007B0879" w:rsidRDefault="007B0879"/>
    <w:p w14:paraId="51663910" w14:textId="77777777" w:rsidR="007B0879" w:rsidRDefault="007B0879"/>
    <w:p w14:paraId="59A80E0D" w14:textId="77777777" w:rsidR="007B0879" w:rsidRDefault="00000000">
      <w:r>
        <w:t>2. Paradoxe/tension :</w:t>
      </w:r>
    </w:p>
    <w:p w14:paraId="1F2FF080" w14:textId="77777777" w:rsidR="007B0879" w:rsidRDefault="007B0879"/>
    <w:p w14:paraId="0D2A27EF" w14:textId="77777777" w:rsidR="007B0879" w:rsidRDefault="007B0879"/>
    <w:p w14:paraId="254AAF9A" w14:textId="77777777" w:rsidR="007B0879" w:rsidRDefault="00000000">
      <w:r>
        <w:t>3. Question(s) sous-jacente(s) :</w:t>
      </w:r>
    </w:p>
    <w:p w14:paraId="3D3F6E21" w14:textId="77777777" w:rsidR="007B0879" w:rsidRDefault="007B0879"/>
    <w:p w14:paraId="4570B0E5" w14:textId="77777777" w:rsidR="007B0879" w:rsidRDefault="007B0879"/>
    <w:p w14:paraId="0F3F10EB" w14:textId="77777777" w:rsidR="007B0879" w:rsidRDefault="00000000">
      <w:r>
        <w:t>4. PROBLÉMATIQUE FINALE :</w:t>
      </w:r>
    </w:p>
    <w:p w14:paraId="112BD6EB" w14:textId="77777777" w:rsidR="007B0879" w:rsidRDefault="007B0879"/>
    <w:p w14:paraId="59E0B762" w14:textId="77777777" w:rsidR="007B0879" w:rsidRDefault="007B0879"/>
    <w:p w14:paraId="1CE810EB" w14:textId="77777777" w:rsidR="007B0879" w:rsidRDefault="00000000">
      <w:pPr>
        <w:pStyle w:val="Titre2"/>
      </w:pPr>
      <w:r>
        <w:t>CAS C : L'ENTREPRISE DE SERVICES NUMÉRIQUES FLEXIWORK</w:t>
      </w:r>
    </w:p>
    <w:p w14:paraId="0DDDCF28" w14:textId="77777777" w:rsidR="007B0879" w:rsidRDefault="007B0879"/>
    <w:p w14:paraId="1160E576" w14:textId="77777777" w:rsidR="007B0879" w:rsidRDefault="00000000">
      <w:r>
        <w:t>Témoignage du DRH :</w:t>
      </w:r>
    </w:p>
    <w:p w14:paraId="192A72AD" w14:textId="1E372BFB" w:rsidR="007B0879" w:rsidRDefault="00000000" w:rsidP="00E9465B">
      <w:pPr>
        <w:jc w:val="both"/>
      </w:pPr>
      <w:r>
        <w:t>"</w:t>
      </w:r>
      <w:proofErr w:type="spellStart"/>
      <w:r>
        <w:t>Depuis</w:t>
      </w:r>
      <w:proofErr w:type="spellEnd"/>
      <w:r>
        <w:t xml:space="preserve"> la </w:t>
      </w:r>
      <w:proofErr w:type="spellStart"/>
      <w:r>
        <w:t>généralisation</w:t>
      </w:r>
      <w:proofErr w:type="spellEnd"/>
      <w:r>
        <w:t xml:space="preserve"> du télétravail dans notre ESN (3 jours par semaine minimum), on fait face à une situation inédite. Nos managers </w:t>
      </w:r>
      <w:proofErr w:type="spellStart"/>
      <w:r>
        <w:t>d'équipe</w:t>
      </w:r>
      <w:proofErr w:type="spellEnd"/>
      <w:r>
        <w:t xml:space="preserve"> </w:t>
      </w:r>
      <w:proofErr w:type="spellStart"/>
      <w:r>
        <w:t>sont</w:t>
      </w:r>
      <w:proofErr w:type="spellEnd"/>
      <w:r>
        <w:t xml:space="preserve"> </w:t>
      </w:r>
      <w:proofErr w:type="spellStart"/>
      <w:r>
        <w:t>complètement</w:t>
      </w:r>
      <w:proofErr w:type="spellEnd"/>
      <w:r>
        <w:t xml:space="preserve"> perdus.</w:t>
      </w:r>
      <w:r w:rsidR="00E9465B">
        <w:t xml:space="preserve"> </w:t>
      </w:r>
      <w:r>
        <w:t xml:space="preserve">Avant, </w:t>
      </w:r>
      <w:proofErr w:type="spellStart"/>
      <w:r>
        <w:t>ils</w:t>
      </w:r>
      <w:proofErr w:type="spellEnd"/>
      <w:r>
        <w:t xml:space="preserve"> </w:t>
      </w:r>
      <w:proofErr w:type="spellStart"/>
      <w:r>
        <w:t>passaient</w:t>
      </w:r>
      <w:proofErr w:type="spellEnd"/>
      <w:r>
        <w:t xml:space="preserve"> dans les bureaux, vérifiaient que les postes de travail étaient ergonomiques, que les écrans étaient à la bonne hauteur, que personne ne travaillait dans des positions bizarres. Maintenant, nos 200 collaborateurs travaillent depuis chez eux, et on </w:t>
      </w:r>
      <w:proofErr w:type="spellStart"/>
      <w:r>
        <w:t>n'a</w:t>
      </w:r>
      <w:proofErr w:type="spellEnd"/>
      <w:r>
        <w:t xml:space="preserve"> </w:t>
      </w:r>
      <w:proofErr w:type="spellStart"/>
      <w:r>
        <w:t>aucune</w:t>
      </w:r>
      <w:proofErr w:type="spellEnd"/>
      <w:r>
        <w:t xml:space="preserve"> </w:t>
      </w:r>
      <w:proofErr w:type="spellStart"/>
      <w:r>
        <w:t>visibilité</w:t>
      </w:r>
      <w:proofErr w:type="spellEnd"/>
      <w:r>
        <w:t>.</w:t>
      </w:r>
      <w:r w:rsidR="00E9465B">
        <w:t xml:space="preserve"> </w:t>
      </w:r>
      <w:r>
        <w:t xml:space="preserve">Les managers me </w:t>
      </w:r>
      <w:proofErr w:type="spellStart"/>
      <w:r>
        <w:t>disent</w:t>
      </w:r>
      <w:proofErr w:type="spellEnd"/>
      <w:r>
        <w:t xml:space="preserve"> : 'Comment je fais pour surveiller la sécurité de mes équipes si je ne vois pas leur environnement de travail ? Si quelqu'un se blesse chez lui en télétravail, c'est moi le </w:t>
      </w:r>
      <w:proofErr w:type="spellStart"/>
      <w:r>
        <w:t>responsable</w:t>
      </w:r>
      <w:proofErr w:type="spellEnd"/>
      <w:r>
        <w:t xml:space="preserve"> ?'</w:t>
      </w:r>
      <w:r w:rsidR="00E9465B">
        <w:t xml:space="preserve"> </w:t>
      </w:r>
      <w:r>
        <w:t xml:space="preserve">On a bien </w:t>
      </w:r>
      <w:proofErr w:type="spellStart"/>
      <w:r>
        <w:t>envoyé</w:t>
      </w:r>
      <w:proofErr w:type="spellEnd"/>
      <w:r>
        <w:t xml:space="preserve"> un guide des bonnes pratiques ergonomiques par mail, et on a proposé une prise en charge de 200€ pour du matériel. Mais ensuite ? On ne peut pas aller chez les gens pour </w:t>
      </w:r>
      <w:proofErr w:type="spellStart"/>
      <w:r>
        <w:t>vérifier</w:t>
      </w:r>
      <w:proofErr w:type="spellEnd"/>
      <w:r>
        <w:t>.</w:t>
      </w:r>
      <w:r w:rsidR="00E9465B">
        <w:t xml:space="preserve"> </w:t>
      </w:r>
      <w:proofErr w:type="spellStart"/>
      <w:r>
        <w:t>Résultat</w:t>
      </w:r>
      <w:proofErr w:type="spellEnd"/>
      <w:r>
        <w:t xml:space="preserve"> : </w:t>
      </w:r>
      <w:proofErr w:type="spellStart"/>
      <w:r>
        <w:t>certains</w:t>
      </w:r>
      <w:proofErr w:type="spellEnd"/>
      <w:r>
        <w:t xml:space="preserve"> managers rappellent leurs équipes au bureau 'pour des questions de sécurité', ce qui crée des tensions car ce n'était pas l'accord initial."</w:t>
      </w:r>
    </w:p>
    <w:p w14:paraId="5E24B85F" w14:textId="77777777" w:rsidR="007B0879" w:rsidRDefault="007B0879"/>
    <w:p w14:paraId="41C1EA4E" w14:textId="77777777" w:rsidR="007B0879" w:rsidRPr="00E9465B" w:rsidRDefault="00000000">
      <w:pPr>
        <w:rPr>
          <w:b/>
          <w:bCs/>
          <w:color w:val="EE0000"/>
          <w:u w:val="single"/>
        </w:rPr>
      </w:pPr>
      <w:r w:rsidRPr="00E9465B">
        <w:rPr>
          <w:b/>
          <w:bCs/>
          <w:color w:val="EE0000"/>
          <w:u w:val="single"/>
        </w:rPr>
        <w:t>Espace de travail pour votre groupe :</w:t>
      </w:r>
    </w:p>
    <w:p w14:paraId="47468B5A" w14:textId="77777777" w:rsidR="007B0879" w:rsidRDefault="007B0879"/>
    <w:p w14:paraId="785CCD70" w14:textId="77777777" w:rsidR="007B0879" w:rsidRDefault="00000000">
      <w:r>
        <w:t>1. Phénomène observé :</w:t>
      </w:r>
    </w:p>
    <w:p w14:paraId="1B424869" w14:textId="77777777" w:rsidR="007B0879" w:rsidRDefault="007B0879"/>
    <w:p w14:paraId="58E0AE66" w14:textId="77777777" w:rsidR="007B0879" w:rsidRDefault="007B0879"/>
    <w:p w14:paraId="3E8F591E" w14:textId="77777777" w:rsidR="007B0879" w:rsidRDefault="00000000">
      <w:r>
        <w:t>2. Paradoxe/tension :</w:t>
      </w:r>
    </w:p>
    <w:p w14:paraId="1C5ABA7A" w14:textId="77777777" w:rsidR="007B0879" w:rsidRDefault="007B0879"/>
    <w:p w14:paraId="5FB0A758" w14:textId="77777777" w:rsidR="007B0879" w:rsidRDefault="007B0879"/>
    <w:p w14:paraId="1710D0AF" w14:textId="77777777" w:rsidR="007B0879" w:rsidRDefault="00000000">
      <w:r>
        <w:t>3. Question(s) sous-jacente(s) :</w:t>
      </w:r>
    </w:p>
    <w:p w14:paraId="7B228AC2" w14:textId="77777777" w:rsidR="007B0879" w:rsidRDefault="007B0879"/>
    <w:p w14:paraId="773235BA" w14:textId="77777777" w:rsidR="007B0879" w:rsidRDefault="007B0879"/>
    <w:p w14:paraId="5C440725" w14:textId="77777777" w:rsidR="007B0879" w:rsidRDefault="00000000">
      <w:r>
        <w:t>4. PROBLÉMATIQUE FINALE :</w:t>
      </w:r>
    </w:p>
    <w:p w14:paraId="38D309E8" w14:textId="77777777" w:rsidR="007B0879" w:rsidRDefault="007B0879"/>
    <w:p w14:paraId="132FDF9A" w14:textId="77777777" w:rsidR="007B0879" w:rsidRDefault="007B0879"/>
    <w:p w14:paraId="2EA1D403" w14:textId="77777777" w:rsidR="007B0879" w:rsidRDefault="007B0879"/>
    <w:p w14:paraId="7CC77ECA" w14:textId="77777777" w:rsidR="00E9465B" w:rsidRDefault="00E9465B">
      <w:pPr>
        <w:pStyle w:val="Titre2"/>
      </w:pPr>
    </w:p>
    <w:p w14:paraId="114F525B" w14:textId="459EEBC3" w:rsidR="007B0879" w:rsidRDefault="00000000">
      <w:pPr>
        <w:pStyle w:val="Titre2"/>
      </w:pPr>
      <w:r>
        <w:t>CRITÈRES D'ÉVALUATION DE VOTRE PROBLÉMATIQUE :</w:t>
      </w:r>
    </w:p>
    <w:p w14:paraId="2B1729AD" w14:textId="77777777" w:rsidR="007B0879" w:rsidRDefault="007B0879"/>
    <w:p w14:paraId="32A6A9AA" w14:textId="77777777" w:rsidR="007B0879" w:rsidRDefault="00000000" w:rsidP="00807BD4">
      <w:pPr>
        <w:pStyle w:val="Listepuces"/>
        <w:numPr>
          <w:ilvl w:val="0"/>
          <w:numId w:val="0"/>
        </w:numPr>
      </w:pPr>
      <w:r>
        <w:t>✓ Elle commence par "Comment" ou "Pourquoi" (pas par "Quels sont")</w:t>
      </w:r>
    </w:p>
    <w:p w14:paraId="3EC7B41A" w14:textId="77777777" w:rsidR="007B0879" w:rsidRDefault="00000000" w:rsidP="00807BD4">
      <w:pPr>
        <w:pStyle w:val="Listepuces"/>
        <w:numPr>
          <w:ilvl w:val="0"/>
          <w:numId w:val="0"/>
        </w:numPr>
      </w:pPr>
      <w:r>
        <w:t>✓ Elle identifie clairement une tension, un paradoxe à expliquer</w:t>
      </w:r>
    </w:p>
    <w:p w14:paraId="0E551F04" w14:textId="77777777" w:rsidR="007B0879" w:rsidRDefault="00000000" w:rsidP="00807BD4">
      <w:pPr>
        <w:pStyle w:val="Listepuces"/>
        <w:numPr>
          <w:ilvl w:val="0"/>
          <w:numId w:val="0"/>
        </w:numPr>
      </w:pPr>
      <w:r>
        <w:t>✓ Elle délimite un terrain ou un contexte précis</w:t>
      </w:r>
    </w:p>
    <w:p w14:paraId="7293A08F" w14:textId="77777777" w:rsidR="007B0879" w:rsidRDefault="00000000" w:rsidP="00807BD4">
      <w:pPr>
        <w:pStyle w:val="Listepuces"/>
        <w:numPr>
          <w:ilvl w:val="0"/>
          <w:numId w:val="0"/>
        </w:numPr>
      </w:pPr>
      <w:r>
        <w:t>✓ Elle appelle une investigation, pas juste une description</w:t>
      </w:r>
    </w:p>
    <w:p w14:paraId="2483926D" w14:textId="77777777" w:rsidR="007B0879" w:rsidRDefault="00000000" w:rsidP="00807BD4">
      <w:pPr>
        <w:pStyle w:val="Listepuces"/>
        <w:numPr>
          <w:ilvl w:val="0"/>
          <w:numId w:val="0"/>
        </w:numPr>
      </w:pPr>
      <w:r>
        <w:t>✓ Elle est suffisamment précise (ni trop large, ni trop étroite)</w:t>
      </w:r>
    </w:p>
    <w:p w14:paraId="66951877" w14:textId="77777777" w:rsidR="007B0879" w:rsidRDefault="007B0879"/>
    <w:p w14:paraId="12C7EE8A" w14:textId="77777777" w:rsidR="008E3476" w:rsidRDefault="008E3476"/>
    <w:p w14:paraId="079C34BB" w14:textId="77777777" w:rsidR="00E9465B" w:rsidRDefault="00E9465B" w:rsidP="00E9465B">
      <w:pPr>
        <w:pStyle w:val="Titre1"/>
        <w:jc w:val="center"/>
      </w:pPr>
      <w:r>
        <w:t>EXERCICE 2 : PROBLÉMATIQUE OU SIMPLE QUESTION ?</w:t>
      </w:r>
    </w:p>
    <w:p w14:paraId="264EA76F" w14:textId="77777777" w:rsidR="00E9465B" w:rsidRDefault="00E9465B" w:rsidP="00E9465B"/>
    <w:p w14:paraId="3102FF2E" w14:textId="4CF407EC" w:rsidR="00E9465B" w:rsidRDefault="00E9465B" w:rsidP="00E9465B">
      <w:r>
        <w:t>CONSIGNE :</w:t>
      </w:r>
      <w:r>
        <w:t xml:space="preserve"> </w:t>
      </w:r>
      <w:proofErr w:type="spellStart"/>
      <w:r>
        <w:t>Classez</w:t>
      </w:r>
      <w:proofErr w:type="spellEnd"/>
      <w:r>
        <w:t xml:space="preserve"> </w:t>
      </w:r>
      <w:proofErr w:type="spellStart"/>
      <w:r>
        <w:t>chaque</w:t>
      </w:r>
      <w:proofErr w:type="spellEnd"/>
      <w:r>
        <w:t xml:space="preserve"> </w:t>
      </w:r>
      <w:proofErr w:type="spellStart"/>
      <w:r>
        <w:t>énoncé</w:t>
      </w:r>
      <w:proofErr w:type="spellEnd"/>
      <w:r>
        <w:t xml:space="preserve"> ci-dessous </w:t>
      </w:r>
      <w:proofErr w:type="spellStart"/>
      <w:r>
        <w:t>en</w:t>
      </w:r>
      <w:proofErr w:type="spellEnd"/>
      <w:r>
        <w:t xml:space="preserve"> trois </w:t>
      </w:r>
      <w:proofErr w:type="spellStart"/>
      <w:r>
        <w:t>catégories</w:t>
      </w:r>
      <w:proofErr w:type="spellEnd"/>
      <w:r>
        <w:t xml:space="preserve"> :</w:t>
      </w:r>
    </w:p>
    <w:p w14:paraId="5B044EAB" w14:textId="77777777" w:rsidR="00E9465B" w:rsidRDefault="00E9465B" w:rsidP="00E9465B"/>
    <w:p w14:paraId="4F4AD07C" w14:textId="77777777" w:rsidR="00E9465B" w:rsidRDefault="00E9465B" w:rsidP="00E9465B">
      <w:pPr>
        <w:spacing w:line="240" w:lineRule="auto"/>
      </w:pPr>
      <w:r>
        <w:rPr>
          <w:rFonts w:ascii="Segoe UI Emoji" w:hAnsi="Segoe UI Emoji" w:cs="Segoe UI Emoji"/>
        </w:rPr>
        <w:t>✅</w:t>
      </w:r>
      <w:r>
        <w:t xml:space="preserve"> BONNE PROBLÉMATIQUE : </w:t>
      </w:r>
      <w:proofErr w:type="spellStart"/>
      <w:r>
        <w:t>formulée</w:t>
      </w:r>
      <w:proofErr w:type="spellEnd"/>
      <w:r>
        <w:t xml:space="preserve"> de manière </w:t>
      </w:r>
      <w:proofErr w:type="spellStart"/>
      <w:r>
        <w:t>précise</w:t>
      </w:r>
      <w:proofErr w:type="spellEnd"/>
      <w:r>
        <w:t xml:space="preserve">, avec un angle </w:t>
      </w:r>
      <w:proofErr w:type="spellStart"/>
      <w:r>
        <w:t>d'analyse</w:t>
      </w:r>
      <w:proofErr w:type="spellEnd"/>
      <w:r>
        <w:t xml:space="preserve"> </w:t>
      </w:r>
      <w:proofErr w:type="spellStart"/>
      <w:r>
        <w:t>clair</w:t>
      </w:r>
      <w:proofErr w:type="spellEnd"/>
    </w:p>
    <w:p w14:paraId="4D915842" w14:textId="77777777" w:rsidR="00E9465B" w:rsidRDefault="00E9465B" w:rsidP="00E9465B">
      <w:pPr>
        <w:spacing w:line="240" w:lineRule="auto"/>
      </w:pPr>
      <w:r>
        <w:rPr>
          <w:rFonts w:ascii="Segoe UI Emoji" w:hAnsi="Segoe UI Emoji" w:cs="Segoe UI Emoji"/>
        </w:rPr>
        <w:t>⚠️</w:t>
      </w:r>
      <w:r>
        <w:t xml:space="preserve"> À AMÉLIORER : </w:t>
      </w:r>
      <w:proofErr w:type="spellStart"/>
      <w:r>
        <w:t>contient</w:t>
      </w:r>
      <w:proofErr w:type="spellEnd"/>
      <w:r>
        <w:t xml:space="preserve"> des </w:t>
      </w:r>
      <w:proofErr w:type="spellStart"/>
      <w:r>
        <w:t>éléments</w:t>
      </w:r>
      <w:proofErr w:type="spellEnd"/>
      <w:r>
        <w:t xml:space="preserve"> </w:t>
      </w:r>
      <w:proofErr w:type="spellStart"/>
      <w:r>
        <w:t>intéressants</w:t>
      </w:r>
      <w:proofErr w:type="spellEnd"/>
      <w:r>
        <w:t xml:space="preserve"> </w:t>
      </w:r>
      <w:proofErr w:type="spellStart"/>
      <w:r>
        <w:t>mais</w:t>
      </w:r>
      <w:proofErr w:type="spellEnd"/>
      <w:r>
        <w:t xml:space="preserve"> formulation à </w:t>
      </w:r>
      <w:proofErr w:type="spellStart"/>
      <w:r>
        <w:t>retravailler</w:t>
      </w:r>
      <w:proofErr w:type="spellEnd"/>
    </w:p>
    <w:p w14:paraId="2E39F41E" w14:textId="77777777" w:rsidR="00E9465B" w:rsidRDefault="00E9465B" w:rsidP="00E9465B">
      <w:pPr>
        <w:spacing w:line="240" w:lineRule="auto"/>
      </w:pPr>
      <w:r>
        <w:rPr>
          <w:rFonts w:ascii="Segoe UI Emoji" w:hAnsi="Segoe UI Emoji" w:cs="Segoe UI Emoji"/>
        </w:rPr>
        <w:t>❌</w:t>
      </w:r>
      <w:r>
        <w:t xml:space="preserve"> SIMPLE QUESTION DESCRIPTIVE : trop large, trop vague, </w:t>
      </w:r>
      <w:proofErr w:type="spellStart"/>
      <w:r>
        <w:t>ou</w:t>
      </w:r>
      <w:proofErr w:type="spellEnd"/>
      <w:r>
        <w:t xml:space="preserve"> </w:t>
      </w:r>
      <w:proofErr w:type="spellStart"/>
      <w:r>
        <w:t>purement</w:t>
      </w:r>
      <w:proofErr w:type="spellEnd"/>
      <w:r>
        <w:t xml:space="preserve"> </w:t>
      </w:r>
      <w:proofErr w:type="spellStart"/>
      <w:r>
        <w:t>factuelle</w:t>
      </w:r>
      <w:proofErr w:type="spellEnd"/>
    </w:p>
    <w:p w14:paraId="0056F819" w14:textId="77777777" w:rsidR="00E9465B" w:rsidRDefault="00E9465B" w:rsidP="00E9465B"/>
    <w:p w14:paraId="5FADE10C" w14:textId="77777777" w:rsidR="00E9465B" w:rsidRDefault="00E9465B" w:rsidP="00E9465B">
      <w:pPr>
        <w:pStyle w:val="Titre2"/>
      </w:pPr>
      <w:r>
        <w:t>ÉNONCÉ 1</w:t>
      </w:r>
    </w:p>
    <w:p w14:paraId="2C9F751C" w14:textId="77777777" w:rsidR="00E9465B" w:rsidRDefault="00E9465B" w:rsidP="00E9465B"/>
    <w:p w14:paraId="7C5C6E49" w14:textId="77777777" w:rsidR="00E9465B" w:rsidRDefault="00E9465B" w:rsidP="00E9465B">
      <w:r>
        <w:t xml:space="preserve">"Comment les </w:t>
      </w:r>
      <w:proofErr w:type="spellStart"/>
      <w:r>
        <w:t>entreprises</w:t>
      </w:r>
      <w:proofErr w:type="spellEnd"/>
      <w:r>
        <w:t xml:space="preserve"> </w:t>
      </w:r>
      <w:proofErr w:type="spellStart"/>
      <w:r>
        <w:t>gèrent-elles</w:t>
      </w:r>
      <w:proofErr w:type="spellEnd"/>
      <w:r>
        <w:t xml:space="preserve"> </w:t>
      </w:r>
      <w:proofErr w:type="spellStart"/>
      <w:r>
        <w:t>leurs</w:t>
      </w:r>
      <w:proofErr w:type="spellEnd"/>
      <w:r>
        <w:t xml:space="preserve"> </w:t>
      </w:r>
      <w:proofErr w:type="spellStart"/>
      <w:r>
        <w:t>déchets</w:t>
      </w:r>
      <w:proofErr w:type="spellEnd"/>
      <w:r>
        <w:t xml:space="preserve"> ?"</w:t>
      </w:r>
    </w:p>
    <w:p w14:paraId="2766E187" w14:textId="77777777" w:rsidR="00E9465B" w:rsidRDefault="00E9465B" w:rsidP="00E9465B">
      <w:proofErr w:type="spellStart"/>
      <w:r>
        <w:t>Votre</w:t>
      </w:r>
      <w:proofErr w:type="spellEnd"/>
      <w:r>
        <w:t xml:space="preserve"> </w:t>
      </w:r>
      <w:proofErr w:type="spellStart"/>
      <w:r>
        <w:t>classement</w:t>
      </w:r>
      <w:proofErr w:type="spellEnd"/>
      <w:r>
        <w:t xml:space="preserve"> : □ </w:t>
      </w:r>
      <w:r>
        <w:rPr>
          <w:rFonts w:ascii="Segoe UI Emoji" w:hAnsi="Segoe UI Emoji" w:cs="Segoe UI Emoji"/>
        </w:rPr>
        <w:t>✅</w:t>
      </w:r>
      <w:r>
        <w:t xml:space="preserve">  </w:t>
      </w:r>
      <w:r>
        <w:rPr>
          <w:rFonts w:cs="Calibri"/>
        </w:rPr>
        <w:t>□</w:t>
      </w:r>
      <w:r>
        <w:t xml:space="preserve"> </w:t>
      </w:r>
      <w:r>
        <w:rPr>
          <w:rFonts w:ascii="Segoe UI Emoji" w:hAnsi="Segoe UI Emoji" w:cs="Segoe UI Emoji"/>
        </w:rPr>
        <w:t>⚠️</w:t>
      </w:r>
      <w:r>
        <w:t xml:space="preserve">  □ </w:t>
      </w:r>
      <w:r>
        <w:rPr>
          <w:rFonts w:ascii="Segoe UI Emoji" w:hAnsi="Segoe UI Emoji" w:cs="Segoe UI Emoji"/>
        </w:rPr>
        <w:t>❌</w:t>
      </w:r>
    </w:p>
    <w:p w14:paraId="1F96393A" w14:textId="77777777" w:rsidR="00E9465B" w:rsidRDefault="00E9465B" w:rsidP="00E9465B">
      <w:r>
        <w:t>Justification :</w:t>
      </w:r>
    </w:p>
    <w:p w14:paraId="5E58F867" w14:textId="77777777" w:rsidR="00E9465B" w:rsidRDefault="00E9465B" w:rsidP="00E9465B"/>
    <w:p w14:paraId="163E8108" w14:textId="77777777" w:rsidR="00E9465B" w:rsidRDefault="00E9465B" w:rsidP="00E9465B">
      <w:r>
        <w:t xml:space="preserve">Proposition </w:t>
      </w:r>
      <w:proofErr w:type="spellStart"/>
      <w:r>
        <w:t>d'amélioration</w:t>
      </w:r>
      <w:proofErr w:type="spellEnd"/>
      <w:r>
        <w:t xml:space="preserve"> (</w:t>
      </w:r>
      <w:proofErr w:type="spellStart"/>
      <w:r>
        <w:t>si</w:t>
      </w:r>
      <w:proofErr w:type="spellEnd"/>
      <w:r>
        <w:t xml:space="preserve"> </w:t>
      </w:r>
      <w:proofErr w:type="spellStart"/>
      <w:r>
        <w:t>nécessaire</w:t>
      </w:r>
      <w:proofErr w:type="spellEnd"/>
      <w:r>
        <w:t>) :</w:t>
      </w:r>
    </w:p>
    <w:p w14:paraId="76E8BBD0" w14:textId="77777777" w:rsidR="00E9465B" w:rsidRDefault="00E9465B" w:rsidP="00E9465B"/>
    <w:p w14:paraId="560AD7E8" w14:textId="77777777" w:rsidR="00E9465B" w:rsidRDefault="00E9465B" w:rsidP="00E9465B">
      <w:pPr>
        <w:pStyle w:val="Titre2"/>
      </w:pPr>
      <w:r>
        <w:t>ÉNONCÉ 2</w:t>
      </w:r>
    </w:p>
    <w:p w14:paraId="7909B153" w14:textId="77777777" w:rsidR="00E9465B" w:rsidRDefault="00E9465B" w:rsidP="00E9465B"/>
    <w:p w14:paraId="03E4B963" w14:textId="77777777" w:rsidR="00E9465B" w:rsidRDefault="00E9465B" w:rsidP="00E9465B">
      <w:r>
        <w:t xml:space="preserve">"Quels </w:t>
      </w:r>
      <w:proofErr w:type="spellStart"/>
      <w:r>
        <w:t>sont</w:t>
      </w:r>
      <w:proofErr w:type="spellEnd"/>
      <w:r>
        <w:t xml:space="preserve"> les obstacles à </w:t>
      </w:r>
      <w:proofErr w:type="spellStart"/>
      <w:r>
        <w:t>l'intégration</w:t>
      </w:r>
      <w:proofErr w:type="spellEnd"/>
      <w:r>
        <w:t xml:space="preserve"> effective des principes de </w:t>
      </w:r>
      <w:proofErr w:type="spellStart"/>
      <w:r>
        <w:t>l'économie</w:t>
      </w:r>
      <w:proofErr w:type="spellEnd"/>
      <w:r>
        <w:t xml:space="preserve"> </w:t>
      </w:r>
      <w:proofErr w:type="spellStart"/>
      <w:r>
        <w:t>circulaire</w:t>
      </w:r>
      <w:proofErr w:type="spellEnd"/>
      <w:r>
        <w:t xml:space="preserve"> dans les PME </w:t>
      </w:r>
      <w:proofErr w:type="spellStart"/>
      <w:r>
        <w:t>industrielles</w:t>
      </w:r>
      <w:proofErr w:type="spellEnd"/>
      <w:r>
        <w:t xml:space="preserve"> </w:t>
      </w:r>
      <w:proofErr w:type="spellStart"/>
      <w:r>
        <w:t>françaises</w:t>
      </w:r>
      <w:proofErr w:type="spellEnd"/>
      <w:r>
        <w:t xml:space="preserve"> ?"</w:t>
      </w:r>
    </w:p>
    <w:p w14:paraId="21553F90" w14:textId="77777777" w:rsidR="00E9465B" w:rsidRDefault="00E9465B" w:rsidP="00E9465B">
      <w:proofErr w:type="spellStart"/>
      <w:r>
        <w:t>Votre</w:t>
      </w:r>
      <w:proofErr w:type="spellEnd"/>
      <w:r>
        <w:t xml:space="preserve"> </w:t>
      </w:r>
      <w:proofErr w:type="spellStart"/>
      <w:r>
        <w:t>classement</w:t>
      </w:r>
      <w:proofErr w:type="spellEnd"/>
      <w:r>
        <w:t xml:space="preserve"> : □ </w:t>
      </w:r>
      <w:r>
        <w:rPr>
          <w:rFonts w:ascii="Segoe UI Emoji" w:hAnsi="Segoe UI Emoji" w:cs="Segoe UI Emoji"/>
        </w:rPr>
        <w:t>✅</w:t>
      </w:r>
      <w:r>
        <w:t xml:space="preserve">  </w:t>
      </w:r>
      <w:r>
        <w:rPr>
          <w:rFonts w:cs="Calibri"/>
        </w:rPr>
        <w:t>□</w:t>
      </w:r>
      <w:r>
        <w:t xml:space="preserve"> </w:t>
      </w:r>
      <w:r>
        <w:rPr>
          <w:rFonts w:ascii="Segoe UI Emoji" w:hAnsi="Segoe UI Emoji" w:cs="Segoe UI Emoji"/>
        </w:rPr>
        <w:t>⚠️</w:t>
      </w:r>
      <w:r>
        <w:t xml:space="preserve">  □ </w:t>
      </w:r>
      <w:r>
        <w:rPr>
          <w:rFonts w:ascii="Segoe UI Emoji" w:hAnsi="Segoe UI Emoji" w:cs="Segoe UI Emoji"/>
        </w:rPr>
        <w:t>❌</w:t>
      </w:r>
    </w:p>
    <w:p w14:paraId="5E744CA7" w14:textId="77777777" w:rsidR="00E9465B" w:rsidRDefault="00E9465B" w:rsidP="00E9465B"/>
    <w:p w14:paraId="2EAD9E9A" w14:textId="77777777" w:rsidR="00E9465B" w:rsidRDefault="00E9465B" w:rsidP="00E9465B">
      <w:r>
        <w:t>Justification :</w:t>
      </w:r>
    </w:p>
    <w:p w14:paraId="58571674" w14:textId="77777777" w:rsidR="008E3476" w:rsidRDefault="008E3476" w:rsidP="00E9465B"/>
    <w:p w14:paraId="5C9EC666" w14:textId="1B16E4E0" w:rsidR="00E9465B" w:rsidRDefault="00E9465B" w:rsidP="00E9465B">
      <w:r>
        <w:t xml:space="preserve">Proposition </w:t>
      </w:r>
      <w:proofErr w:type="spellStart"/>
      <w:r>
        <w:t>d'amélioration</w:t>
      </w:r>
      <w:proofErr w:type="spellEnd"/>
      <w:r>
        <w:t xml:space="preserve"> (</w:t>
      </w:r>
      <w:proofErr w:type="spellStart"/>
      <w:r>
        <w:t>si</w:t>
      </w:r>
      <w:proofErr w:type="spellEnd"/>
      <w:r>
        <w:t xml:space="preserve"> </w:t>
      </w:r>
      <w:proofErr w:type="spellStart"/>
      <w:r>
        <w:t>nécessaire</w:t>
      </w:r>
      <w:proofErr w:type="spellEnd"/>
      <w:r>
        <w:t>) :</w:t>
      </w:r>
    </w:p>
    <w:p w14:paraId="522E0BCC" w14:textId="77777777" w:rsidR="00E9465B" w:rsidRDefault="00E9465B" w:rsidP="00E9465B"/>
    <w:p w14:paraId="36C02A49" w14:textId="77777777" w:rsidR="00E9465B" w:rsidRDefault="00E9465B" w:rsidP="00E9465B">
      <w:pPr>
        <w:pStyle w:val="Titre2"/>
      </w:pPr>
      <w:r>
        <w:t>ÉNONCÉ 3</w:t>
      </w:r>
    </w:p>
    <w:p w14:paraId="05230791" w14:textId="77777777" w:rsidR="00E9465B" w:rsidRDefault="00E9465B" w:rsidP="00E9465B"/>
    <w:p w14:paraId="2BE5FF5F" w14:textId="77777777" w:rsidR="00E9465B" w:rsidRDefault="00E9465B" w:rsidP="00E9465B">
      <w:r>
        <w:t xml:space="preserve">"La RSE, </w:t>
      </w:r>
      <w:proofErr w:type="spellStart"/>
      <w:r>
        <w:t>c'est</w:t>
      </w:r>
      <w:proofErr w:type="spellEnd"/>
      <w:r>
        <w:t xml:space="preserve"> bien ?"</w:t>
      </w:r>
    </w:p>
    <w:p w14:paraId="1D349232" w14:textId="77777777" w:rsidR="00E9465B" w:rsidRDefault="00E9465B" w:rsidP="00E9465B">
      <w:proofErr w:type="spellStart"/>
      <w:r>
        <w:t>Votre</w:t>
      </w:r>
      <w:proofErr w:type="spellEnd"/>
      <w:r>
        <w:t xml:space="preserve"> </w:t>
      </w:r>
      <w:proofErr w:type="spellStart"/>
      <w:r>
        <w:t>classement</w:t>
      </w:r>
      <w:proofErr w:type="spellEnd"/>
      <w:r>
        <w:t xml:space="preserve"> : □ </w:t>
      </w:r>
      <w:r>
        <w:rPr>
          <w:rFonts w:ascii="Segoe UI Emoji" w:hAnsi="Segoe UI Emoji" w:cs="Segoe UI Emoji"/>
        </w:rPr>
        <w:t>✅</w:t>
      </w:r>
      <w:r>
        <w:t xml:space="preserve">  </w:t>
      </w:r>
      <w:r>
        <w:rPr>
          <w:rFonts w:cs="Calibri"/>
        </w:rPr>
        <w:t>□</w:t>
      </w:r>
      <w:r>
        <w:t xml:space="preserve"> </w:t>
      </w:r>
      <w:r>
        <w:rPr>
          <w:rFonts w:ascii="Segoe UI Emoji" w:hAnsi="Segoe UI Emoji" w:cs="Segoe UI Emoji"/>
        </w:rPr>
        <w:t>⚠️</w:t>
      </w:r>
      <w:r>
        <w:t xml:space="preserve">  □ </w:t>
      </w:r>
      <w:r>
        <w:rPr>
          <w:rFonts w:ascii="Segoe UI Emoji" w:hAnsi="Segoe UI Emoji" w:cs="Segoe UI Emoji"/>
        </w:rPr>
        <w:t>❌</w:t>
      </w:r>
    </w:p>
    <w:p w14:paraId="04D93C3E" w14:textId="77777777" w:rsidR="00E9465B" w:rsidRDefault="00E9465B" w:rsidP="00E9465B"/>
    <w:p w14:paraId="1CE8D338" w14:textId="77777777" w:rsidR="00E9465B" w:rsidRDefault="00E9465B" w:rsidP="00E9465B">
      <w:r>
        <w:t>Justification :</w:t>
      </w:r>
    </w:p>
    <w:p w14:paraId="2AFBC3C4" w14:textId="77777777" w:rsidR="00E9465B" w:rsidRDefault="00E9465B" w:rsidP="00E9465B"/>
    <w:p w14:paraId="1792076E" w14:textId="77777777" w:rsidR="00E9465B" w:rsidRDefault="00E9465B" w:rsidP="00E9465B"/>
    <w:p w14:paraId="5833B68A" w14:textId="77777777" w:rsidR="00E9465B" w:rsidRDefault="00E9465B" w:rsidP="00E9465B">
      <w:r>
        <w:t xml:space="preserve">Proposition </w:t>
      </w:r>
      <w:proofErr w:type="spellStart"/>
      <w:r>
        <w:t>d'amélioration</w:t>
      </w:r>
      <w:proofErr w:type="spellEnd"/>
      <w:r>
        <w:t xml:space="preserve"> (</w:t>
      </w:r>
      <w:proofErr w:type="spellStart"/>
      <w:r>
        <w:t>si</w:t>
      </w:r>
      <w:proofErr w:type="spellEnd"/>
      <w:r>
        <w:t xml:space="preserve"> </w:t>
      </w:r>
      <w:proofErr w:type="spellStart"/>
      <w:r>
        <w:t>nécessaire</w:t>
      </w:r>
      <w:proofErr w:type="spellEnd"/>
      <w:r>
        <w:t>) :</w:t>
      </w:r>
    </w:p>
    <w:p w14:paraId="52EEB315" w14:textId="77777777" w:rsidR="00E9465B" w:rsidRDefault="00E9465B" w:rsidP="00E9465B"/>
    <w:p w14:paraId="1FE6D4F3" w14:textId="77777777" w:rsidR="00E9465B" w:rsidRDefault="00E9465B" w:rsidP="00E9465B">
      <w:pPr>
        <w:pStyle w:val="Titre2"/>
      </w:pPr>
      <w:r>
        <w:t>ÉNONCÉ 4</w:t>
      </w:r>
    </w:p>
    <w:p w14:paraId="7584378E" w14:textId="77777777" w:rsidR="00E9465B" w:rsidRDefault="00E9465B" w:rsidP="00E9465B"/>
    <w:p w14:paraId="6C543526" w14:textId="77777777" w:rsidR="00E9465B" w:rsidRDefault="00E9465B" w:rsidP="00E9465B">
      <w:r>
        <w:t xml:space="preserve">"Comment </w:t>
      </w:r>
      <w:proofErr w:type="spellStart"/>
      <w:r>
        <w:t>expliquer</w:t>
      </w:r>
      <w:proofErr w:type="spellEnd"/>
      <w:r>
        <w:t xml:space="preserve"> le </w:t>
      </w:r>
      <w:proofErr w:type="spellStart"/>
      <w:r>
        <w:t>décalage</w:t>
      </w:r>
      <w:proofErr w:type="spellEnd"/>
      <w:r>
        <w:t xml:space="preserve"> entre les engagements RSE </w:t>
      </w:r>
      <w:proofErr w:type="spellStart"/>
      <w:r>
        <w:t>affichés</w:t>
      </w:r>
      <w:proofErr w:type="spellEnd"/>
      <w:r>
        <w:t xml:space="preserve"> et les pratiques </w:t>
      </w:r>
      <w:proofErr w:type="spellStart"/>
      <w:r>
        <w:t>concrètes</w:t>
      </w:r>
      <w:proofErr w:type="spellEnd"/>
      <w:r>
        <w:t xml:space="preserve"> </w:t>
      </w:r>
      <w:proofErr w:type="spellStart"/>
      <w:r>
        <w:t>observées</w:t>
      </w:r>
      <w:proofErr w:type="spellEnd"/>
      <w:r>
        <w:t xml:space="preserve"> dans le </w:t>
      </w:r>
      <w:proofErr w:type="spellStart"/>
      <w:r>
        <w:t>secteur</w:t>
      </w:r>
      <w:proofErr w:type="spellEnd"/>
      <w:r>
        <w:t xml:space="preserve"> de la fast fashion ?"</w:t>
      </w:r>
    </w:p>
    <w:p w14:paraId="62869E7A" w14:textId="77777777" w:rsidR="00E9465B" w:rsidRDefault="00E9465B" w:rsidP="00E9465B">
      <w:proofErr w:type="spellStart"/>
      <w:r>
        <w:t>Votre</w:t>
      </w:r>
      <w:proofErr w:type="spellEnd"/>
      <w:r>
        <w:t xml:space="preserve"> </w:t>
      </w:r>
      <w:proofErr w:type="spellStart"/>
      <w:r>
        <w:t>classement</w:t>
      </w:r>
      <w:proofErr w:type="spellEnd"/>
      <w:r>
        <w:t xml:space="preserve"> : □ </w:t>
      </w:r>
      <w:r>
        <w:rPr>
          <w:rFonts w:ascii="Segoe UI Emoji" w:hAnsi="Segoe UI Emoji" w:cs="Segoe UI Emoji"/>
        </w:rPr>
        <w:t>✅</w:t>
      </w:r>
      <w:r>
        <w:t xml:space="preserve">  </w:t>
      </w:r>
      <w:r>
        <w:rPr>
          <w:rFonts w:cs="Calibri"/>
        </w:rPr>
        <w:t>□</w:t>
      </w:r>
      <w:r>
        <w:t xml:space="preserve"> </w:t>
      </w:r>
      <w:r>
        <w:rPr>
          <w:rFonts w:ascii="Segoe UI Emoji" w:hAnsi="Segoe UI Emoji" w:cs="Segoe UI Emoji"/>
        </w:rPr>
        <w:t>⚠️</w:t>
      </w:r>
      <w:r>
        <w:t xml:space="preserve">  □ </w:t>
      </w:r>
      <w:r>
        <w:rPr>
          <w:rFonts w:ascii="Segoe UI Emoji" w:hAnsi="Segoe UI Emoji" w:cs="Segoe UI Emoji"/>
        </w:rPr>
        <w:t>❌</w:t>
      </w:r>
    </w:p>
    <w:p w14:paraId="617A987E" w14:textId="77777777" w:rsidR="00E9465B" w:rsidRDefault="00E9465B" w:rsidP="00E9465B"/>
    <w:p w14:paraId="37390260" w14:textId="77777777" w:rsidR="00E9465B" w:rsidRDefault="00E9465B" w:rsidP="00E9465B">
      <w:r>
        <w:t>Justification :</w:t>
      </w:r>
    </w:p>
    <w:p w14:paraId="211CE63B" w14:textId="77777777" w:rsidR="00E9465B" w:rsidRDefault="00E9465B" w:rsidP="00E9465B"/>
    <w:p w14:paraId="6CB9389A" w14:textId="77777777" w:rsidR="00E9465B" w:rsidRDefault="00E9465B" w:rsidP="00E9465B"/>
    <w:p w14:paraId="18BD5D9D" w14:textId="77777777" w:rsidR="00E9465B" w:rsidRDefault="00E9465B" w:rsidP="00E9465B">
      <w:r>
        <w:t xml:space="preserve">Proposition </w:t>
      </w:r>
      <w:proofErr w:type="spellStart"/>
      <w:r>
        <w:t>d'amélioration</w:t>
      </w:r>
      <w:proofErr w:type="spellEnd"/>
      <w:r>
        <w:t xml:space="preserve"> (</w:t>
      </w:r>
      <w:proofErr w:type="spellStart"/>
      <w:r>
        <w:t>si</w:t>
      </w:r>
      <w:proofErr w:type="spellEnd"/>
      <w:r>
        <w:t xml:space="preserve"> </w:t>
      </w:r>
      <w:proofErr w:type="spellStart"/>
      <w:r>
        <w:t>nécessaire</w:t>
      </w:r>
      <w:proofErr w:type="spellEnd"/>
      <w:r>
        <w:t>) :</w:t>
      </w:r>
    </w:p>
    <w:p w14:paraId="33BD18A4" w14:textId="77777777" w:rsidR="00E9465B" w:rsidRDefault="00E9465B" w:rsidP="00E9465B"/>
    <w:p w14:paraId="2EA5FE6A" w14:textId="77777777" w:rsidR="00E9465B" w:rsidRDefault="00E9465B" w:rsidP="00E9465B">
      <w:pPr>
        <w:pStyle w:val="Titre2"/>
      </w:pPr>
      <w:r>
        <w:t>ÉNONCÉ 5</w:t>
      </w:r>
    </w:p>
    <w:p w14:paraId="311DFF93" w14:textId="77777777" w:rsidR="00E9465B" w:rsidRDefault="00E9465B" w:rsidP="00E9465B"/>
    <w:p w14:paraId="66E286C9" w14:textId="77777777" w:rsidR="00E9465B" w:rsidRDefault="00E9465B" w:rsidP="00E9465B">
      <w:r>
        <w:t>"</w:t>
      </w:r>
      <w:proofErr w:type="spellStart"/>
      <w:r>
        <w:t>Combien</w:t>
      </w:r>
      <w:proofErr w:type="spellEnd"/>
      <w:r>
        <w:t xml:space="preserve"> </w:t>
      </w:r>
      <w:proofErr w:type="spellStart"/>
      <w:r>
        <w:t>d'accidents</w:t>
      </w:r>
      <w:proofErr w:type="spellEnd"/>
      <w:r>
        <w:t xml:space="preserve"> du travail </w:t>
      </w:r>
      <w:proofErr w:type="spellStart"/>
      <w:r>
        <w:t>en</w:t>
      </w:r>
      <w:proofErr w:type="spellEnd"/>
      <w:r>
        <w:t xml:space="preserve"> France </w:t>
      </w:r>
      <w:proofErr w:type="spellStart"/>
      <w:r>
        <w:t>en</w:t>
      </w:r>
      <w:proofErr w:type="spellEnd"/>
      <w:r>
        <w:t xml:space="preserve"> 2023 ?"</w:t>
      </w:r>
    </w:p>
    <w:p w14:paraId="2726E7B5" w14:textId="77777777" w:rsidR="00E9465B" w:rsidRDefault="00E9465B" w:rsidP="00E9465B">
      <w:proofErr w:type="spellStart"/>
      <w:r>
        <w:t>Votre</w:t>
      </w:r>
      <w:proofErr w:type="spellEnd"/>
      <w:r>
        <w:t xml:space="preserve"> </w:t>
      </w:r>
      <w:proofErr w:type="spellStart"/>
      <w:r>
        <w:t>classement</w:t>
      </w:r>
      <w:proofErr w:type="spellEnd"/>
      <w:r>
        <w:t xml:space="preserve"> : □ </w:t>
      </w:r>
      <w:r>
        <w:rPr>
          <w:rFonts w:ascii="Segoe UI Emoji" w:hAnsi="Segoe UI Emoji" w:cs="Segoe UI Emoji"/>
        </w:rPr>
        <w:t>✅</w:t>
      </w:r>
      <w:r>
        <w:t xml:space="preserve">  </w:t>
      </w:r>
      <w:r>
        <w:rPr>
          <w:rFonts w:cs="Calibri"/>
        </w:rPr>
        <w:t>□</w:t>
      </w:r>
      <w:r>
        <w:t xml:space="preserve"> </w:t>
      </w:r>
      <w:r>
        <w:rPr>
          <w:rFonts w:ascii="Segoe UI Emoji" w:hAnsi="Segoe UI Emoji" w:cs="Segoe UI Emoji"/>
        </w:rPr>
        <w:t>⚠️</w:t>
      </w:r>
      <w:r>
        <w:t xml:space="preserve">  □ </w:t>
      </w:r>
      <w:r>
        <w:rPr>
          <w:rFonts w:ascii="Segoe UI Emoji" w:hAnsi="Segoe UI Emoji" w:cs="Segoe UI Emoji"/>
        </w:rPr>
        <w:t>❌</w:t>
      </w:r>
    </w:p>
    <w:p w14:paraId="1A93D1DD" w14:textId="77777777" w:rsidR="00E9465B" w:rsidRDefault="00E9465B" w:rsidP="00E9465B"/>
    <w:p w14:paraId="33E6CD39" w14:textId="77777777" w:rsidR="00E9465B" w:rsidRDefault="00E9465B" w:rsidP="00E9465B">
      <w:r>
        <w:t>Justification :</w:t>
      </w:r>
    </w:p>
    <w:p w14:paraId="385BD78D" w14:textId="77777777" w:rsidR="00E9465B" w:rsidRDefault="00E9465B" w:rsidP="00E9465B"/>
    <w:p w14:paraId="36691FE1" w14:textId="77777777" w:rsidR="00E9465B" w:rsidRDefault="00E9465B" w:rsidP="00E9465B"/>
    <w:p w14:paraId="79F8C48A" w14:textId="77777777" w:rsidR="00E9465B" w:rsidRDefault="00E9465B" w:rsidP="00E9465B">
      <w:r>
        <w:t xml:space="preserve">Proposition </w:t>
      </w:r>
      <w:proofErr w:type="spellStart"/>
      <w:r>
        <w:t>d'amélioration</w:t>
      </w:r>
      <w:proofErr w:type="spellEnd"/>
      <w:r>
        <w:t xml:space="preserve"> (</w:t>
      </w:r>
      <w:proofErr w:type="spellStart"/>
      <w:r>
        <w:t>si</w:t>
      </w:r>
      <w:proofErr w:type="spellEnd"/>
      <w:r>
        <w:t xml:space="preserve"> </w:t>
      </w:r>
      <w:proofErr w:type="spellStart"/>
      <w:r>
        <w:t>nécessaire</w:t>
      </w:r>
      <w:proofErr w:type="spellEnd"/>
      <w:r>
        <w:t>) :</w:t>
      </w:r>
    </w:p>
    <w:p w14:paraId="5798DF1D" w14:textId="77777777" w:rsidR="00E9465B" w:rsidRDefault="00E9465B" w:rsidP="00E9465B"/>
    <w:p w14:paraId="040D5E91" w14:textId="77777777" w:rsidR="00E9465B" w:rsidRDefault="00E9465B" w:rsidP="00E9465B">
      <w:pPr>
        <w:pStyle w:val="Titre2"/>
      </w:pPr>
      <w:r>
        <w:t>ÉNONCÉ 6</w:t>
      </w:r>
    </w:p>
    <w:p w14:paraId="0FF1840C" w14:textId="77777777" w:rsidR="00E9465B" w:rsidRDefault="00E9465B" w:rsidP="00E9465B"/>
    <w:p w14:paraId="3F6380A4" w14:textId="77777777" w:rsidR="00E9465B" w:rsidRDefault="00E9465B" w:rsidP="00E9465B">
      <w:r>
        <w:t xml:space="preserve">"En quoi les certifications QSE </w:t>
      </w:r>
      <w:proofErr w:type="spellStart"/>
      <w:r>
        <w:t>transforment-elles</w:t>
      </w:r>
      <w:proofErr w:type="spellEnd"/>
      <w:r>
        <w:t xml:space="preserve"> (</w:t>
      </w:r>
      <w:proofErr w:type="spellStart"/>
      <w:r>
        <w:t>ou</w:t>
      </w:r>
      <w:proofErr w:type="spellEnd"/>
      <w:r>
        <w:t xml:space="preserve"> non) les cultures </w:t>
      </w:r>
      <w:proofErr w:type="spellStart"/>
      <w:r>
        <w:t>organisationnelles</w:t>
      </w:r>
      <w:proofErr w:type="spellEnd"/>
      <w:r>
        <w:t xml:space="preserve"> des </w:t>
      </w:r>
      <w:proofErr w:type="spellStart"/>
      <w:r>
        <w:t>entreprises</w:t>
      </w:r>
      <w:proofErr w:type="spellEnd"/>
      <w:r>
        <w:t xml:space="preserve"> du BTP ?"</w:t>
      </w:r>
    </w:p>
    <w:p w14:paraId="385714BB" w14:textId="77777777" w:rsidR="00E9465B" w:rsidRDefault="00E9465B" w:rsidP="00E9465B">
      <w:proofErr w:type="spellStart"/>
      <w:r>
        <w:t>Votre</w:t>
      </w:r>
      <w:proofErr w:type="spellEnd"/>
      <w:r>
        <w:t xml:space="preserve"> </w:t>
      </w:r>
      <w:proofErr w:type="spellStart"/>
      <w:r>
        <w:t>classement</w:t>
      </w:r>
      <w:proofErr w:type="spellEnd"/>
      <w:r>
        <w:t xml:space="preserve"> : □ </w:t>
      </w:r>
      <w:r>
        <w:rPr>
          <w:rFonts w:ascii="Segoe UI Emoji" w:hAnsi="Segoe UI Emoji" w:cs="Segoe UI Emoji"/>
        </w:rPr>
        <w:t>✅</w:t>
      </w:r>
      <w:r>
        <w:t xml:space="preserve">  </w:t>
      </w:r>
      <w:r>
        <w:rPr>
          <w:rFonts w:cs="Calibri"/>
        </w:rPr>
        <w:t>□</w:t>
      </w:r>
      <w:r>
        <w:t xml:space="preserve"> </w:t>
      </w:r>
      <w:r>
        <w:rPr>
          <w:rFonts w:ascii="Segoe UI Emoji" w:hAnsi="Segoe UI Emoji" w:cs="Segoe UI Emoji"/>
        </w:rPr>
        <w:t>⚠️</w:t>
      </w:r>
      <w:r>
        <w:t xml:space="preserve">  □ </w:t>
      </w:r>
      <w:r>
        <w:rPr>
          <w:rFonts w:ascii="Segoe UI Emoji" w:hAnsi="Segoe UI Emoji" w:cs="Segoe UI Emoji"/>
        </w:rPr>
        <w:t>❌</w:t>
      </w:r>
    </w:p>
    <w:p w14:paraId="79633594" w14:textId="77777777" w:rsidR="00E9465B" w:rsidRDefault="00E9465B" w:rsidP="00E9465B">
      <w:r>
        <w:t>Justification :</w:t>
      </w:r>
    </w:p>
    <w:p w14:paraId="44209AB5" w14:textId="77777777" w:rsidR="00E9465B" w:rsidRDefault="00E9465B" w:rsidP="00E9465B"/>
    <w:p w14:paraId="31DBF017" w14:textId="77777777" w:rsidR="00E9465B" w:rsidRDefault="00E9465B" w:rsidP="00E9465B">
      <w:r>
        <w:t xml:space="preserve">Proposition </w:t>
      </w:r>
      <w:proofErr w:type="spellStart"/>
      <w:r>
        <w:t>d'amélioration</w:t>
      </w:r>
      <w:proofErr w:type="spellEnd"/>
      <w:r>
        <w:t xml:space="preserve"> (</w:t>
      </w:r>
      <w:proofErr w:type="spellStart"/>
      <w:r>
        <w:t>si</w:t>
      </w:r>
      <w:proofErr w:type="spellEnd"/>
      <w:r>
        <w:t xml:space="preserve"> </w:t>
      </w:r>
      <w:proofErr w:type="spellStart"/>
      <w:r>
        <w:t>nécessaire</w:t>
      </w:r>
      <w:proofErr w:type="spellEnd"/>
      <w:r>
        <w:t>) :</w:t>
      </w:r>
    </w:p>
    <w:p w14:paraId="5D967021" w14:textId="77777777" w:rsidR="00E9465B" w:rsidRDefault="00E9465B" w:rsidP="00E9465B"/>
    <w:p w14:paraId="5D5C47EE" w14:textId="77777777" w:rsidR="00E9465B" w:rsidRPr="008E3476" w:rsidRDefault="00E9465B" w:rsidP="00E9465B">
      <w:pPr>
        <w:rPr>
          <w:b/>
          <w:bCs/>
          <w:color w:val="EE0000"/>
        </w:rPr>
      </w:pPr>
      <w:r w:rsidRPr="008E3476">
        <w:rPr>
          <w:b/>
          <w:bCs/>
          <w:color w:val="EE0000"/>
        </w:rPr>
        <w:t>RÉCAPITULATIF DES CRITÈRES D'UNE BONNE PROBLÉMATIQUE :</w:t>
      </w:r>
    </w:p>
    <w:p w14:paraId="38405F1C" w14:textId="77777777" w:rsidR="00E9465B" w:rsidRDefault="00E9465B" w:rsidP="00E9465B"/>
    <w:p w14:paraId="188D935C" w14:textId="77777777" w:rsidR="00E9465B" w:rsidRDefault="00E9465B" w:rsidP="00E9465B">
      <w:pPr>
        <w:spacing w:line="240" w:lineRule="auto"/>
      </w:pPr>
      <w:r>
        <w:t xml:space="preserve">1. Elle pose </w:t>
      </w:r>
      <w:proofErr w:type="spellStart"/>
      <w:r>
        <w:t>une</w:t>
      </w:r>
      <w:proofErr w:type="spellEnd"/>
      <w:r>
        <w:t xml:space="preserve"> QUESTION (pas </w:t>
      </w:r>
      <w:proofErr w:type="spellStart"/>
      <w:r>
        <w:t>une</w:t>
      </w:r>
      <w:proofErr w:type="spellEnd"/>
      <w:r>
        <w:t xml:space="preserve"> affirmation)</w:t>
      </w:r>
    </w:p>
    <w:p w14:paraId="5DC00AE3" w14:textId="77777777" w:rsidR="00E9465B" w:rsidRDefault="00E9465B" w:rsidP="00E9465B">
      <w:pPr>
        <w:spacing w:line="240" w:lineRule="auto"/>
      </w:pPr>
      <w:r>
        <w:t>2. Elle commence par "Comment", "</w:t>
      </w:r>
      <w:proofErr w:type="spellStart"/>
      <w:r>
        <w:t>Pourquoi</w:t>
      </w:r>
      <w:proofErr w:type="spellEnd"/>
      <w:r>
        <w:t xml:space="preserve">", "En quoi" (pas "Quels </w:t>
      </w:r>
      <w:proofErr w:type="spellStart"/>
      <w:r>
        <w:t>sont</w:t>
      </w:r>
      <w:proofErr w:type="spellEnd"/>
      <w:r>
        <w:t>", "</w:t>
      </w:r>
      <w:proofErr w:type="spellStart"/>
      <w:r>
        <w:t>Combien</w:t>
      </w:r>
      <w:proofErr w:type="spellEnd"/>
      <w:r>
        <w:t>")</w:t>
      </w:r>
    </w:p>
    <w:p w14:paraId="4AC1108C" w14:textId="77777777" w:rsidR="00E9465B" w:rsidRDefault="00E9465B" w:rsidP="00E9465B">
      <w:pPr>
        <w:spacing w:line="240" w:lineRule="auto"/>
      </w:pPr>
      <w:r>
        <w:t xml:space="preserve">3. Elle </w:t>
      </w:r>
      <w:proofErr w:type="spellStart"/>
      <w:r>
        <w:t>identifie</w:t>
      </w:r>
      <w:proofErr w:type="spellEnd"/>
      <w:r>
        <w:t xml:space="preserve"> </w:t>
      </w:r>
      <w:proofErr w:type="spellStart"/>
      <w:r>
        <w:t>une</w:t>
      </w:r>
      <w:proofErr w:type="spellEnd"/>
      <w:r>
        <w:t xml:space="preserve"> TENSION, un PARADOXE, </w:t>
      </w:r>
      <w:proofErr w:type="spellStart"/>
      <w:r>
        <w:t>une</w:t>
      </w:r>
      <w:proofErr w:type="spellEnd"/>
      <w:r>
        <w:t xml:space="preserve"> TRANSFORMATION à </w:t>
      </w:r>
      <w:proofErr w:type="spellStart"/>
      <w:r>
        <w:t>expliquer</w:t>
      </w:r>
      <w:proofErr w:type="spellEnd"/>
    </w:p>
    <w:p w14:paraId="291AF880" w14:textId="77777777" w:rsidR="00E9465B" w:rsidRDefault="00E9465B" w:rsidP="00E9465B">
      <w:pPr>
        <w:spacing w:line="240" w:lineRule="auto"/>
      </w:pPr>
      <w:r>
        <w:t xml:space="preserve">4. Elle DÉLIMITE le terrain : </w:t>
      </w:r>
      <w:proofErr w:type="spellStart"/>
      <w:r>
        <w:t>secteur</w:t>
      </w:r>
      <w:proofErr w:type="spellEnd"/>
      <w:r>
        <w:t xml:space="preserve">, type </w:t>
      </w:r>
      <w:proofErr w:type="spellStart"/>
      <w:r>
        <w:t>d'organisation</w:t>
      </w:r>
      <w:proofErr w:type="spellEnd"/>
      <w:r>
        <w:t xml:space="preserve">, </w:t>
      </w:r>
      <w:proofErr w:type="spellStart"/>
      <w:r>
        <w:t>contexte</w:t>
      </w:r>
      <w:proofErr w:type="spellEnd"/>
      <w:r>
        <w:t xml:space="preserve"> </w:t>
      </w:r>
      <w:proofErr w:type="spellStart"/>
      <w:r>
        <w:t>géographique</w:t>
      </w:r>
      <w:proofErr w:type="spellEnd"/>
    </w:p>
    <w:p w14:paraId="69D62D74" w14:textId="77777777" w:rsidR="00E9465B" w:rsidRDefault="00E9465B" w:rsidP="00E9465B">
      <w:pPr>
        <w:spacing w:line="240" w:lineRule="auto"/>
      </w:pPr>
      <w:r>
        <w:t xml:space="preserve">5. Elle </w:t>
      </w:r>
      <w:proofErr w:type="spellStart"/>
      <w:r>
        <w:t>suggère</w:t>
      </w:r>
      <w:proofErr w:type="spellEnd"/>
      <w:r>
        <w:t xml:space="preserve"> un CADRE D'ANALYSE (</w:t>
      </w:r>
      <w:proofErr w:type="spellStart"/>
      <w:r>
        <w:t>même</w:t>
      </w:r>
      <w:proofErr w:type="spellEnd"/>
      <w:r>
        <w:t xml:space="preserve"> </w:t>
      </w:r>
      <w:proofErr w:type="spellStart"/>
      <w:r>
        <w:t>implicite</w:t>
      </w:r>
      <w:proofErr w:type="spellEnd"/>
      <w:r>
        <w:t>)</w:t>
      </w:r>
    </w:p>
    <w:p w14:paraId="412946A0" w14:textId="77777777" w:rsidR="00E9465B" w:rsidRDefault="00E9465B" w:rsidP="00E9465B">
      <w:pPr>
        <w:spacing w:line="240" w:lineRule="auto"/>
      </w:pPr>
      <w:r>
        <w:t xml:space="preserve">6. Elle </w:t>
      </w:r>
      <w:proofErr w:type="spellStart"/>
      <w:r>
        <w:t>appelle</w:t>
      </w:r>
      <w:proofErr w:type="spellEnd"/>
      <w:r>
        <w:t xml:space="preserve"> </w:t>
      </w:r>
      <w:proofErr w:type="spellStart"/>
      <w:r>
        <w:t>une</w:t>
      </w:r>
      <w:proofErr w:type="spellEnd"/>
      <w:r>
        <w:t xml:space="preserve"> INVESTIGATION </w:t>
      </w:r>
      <w:proofErr w:type="spellStart"/>
      <w:r>
        <w:t>approfondie</w:t>
      </w:r>
      <w:proofErr w:type="spellEnd"/>
      <w:r>
        <w:t xml:space="preserve">, pas </w:t>
      </w:r>
      <w:proofErr w:type="spellStart"/>
      <w:r>
        <w:t>juste</w:t>
      </w:r>
      <w:proofErr w:type="spellEnd"/>
      <w:r>
        <w:t xml:space="preserve"> </w:t>
      </w:r>
      <w:proofErr w:type="spellStart"/>
      <w:r>
        <w:t>une</w:t>
      </w:r>
      <w:proofErr w:type="spellEnd"/>
      <w:r>
        <w:t xml:space="preserve"> compilation de données</w:t>
      </w:r>
    </w:p>
    <w:p w14:paraId="4C6A61D9" w14:textId="77777777" w:rsidR="00E9465B" w:rsidRDefault="00E9465B" w:rsidP="00E9465B">
      <w:pPr>
        <w:spacing w:line="240" w:lineRule="auto"/>
      </w:pPr>
      <w:r>
        <w:t xml:space="preserve">7. Elle </w:t>
      </w:r>
      <w:proofErr w:type="spellStart"/>
      <w:r>
        <w:t>n'est</w:t>
      </w:r>
      <w:proofErr w:type="spellEnd"/>
      <w:r>
        <w:t xml:space="preserve"> </w:t>
      </w:r>
      <w:proofErr w:type="spellStart"/>
      <w:r>
        <w:t>ni</w:t>
      </w:r>
      <w:proofErr w:type="spellEnd"/>
      <w:r>
        <w:t xml:space="preserve"> trop LARGE (impossible à </w:t>
      </w:r>
      <w:proofErr w:type="spellStart"/>
      <w:r>
        <w:t>traiter</w:t>
      </w:r>
      <w:proofErr w:type="spellEnd"/>
      <w:r>
        <w:t xml:space="preserve">) </w:t>
      </w:r>
      <w:proofErr w:type="spellStart"/>
      <w:r>
        <w:t>ni</w:t>
      </w:r>
      <w:proofErr w:type="spellEnd"/>
      <w:r>
        <w:t xml:space="preserve"> trop ÉTROITE (</w:t>
      </w:r>
      <w:proofErr w:type="spellStart"/>
      <w:r>
        <w:t>réponse</w:t>
      </w:r>
      <w:proofErr w:type="spellEnd"/>
      <w:r>
        <w:t xml:space="preserve"> </w:t>
      </w:r>
      <w:proofErr w:type="spellStart"/>
      <w:r>
        <w:t>évidente</w:t>
      </w:r>
      <w:proofErr w:type="spellEnd"/>
      <w:r>
        <w:t>)</w:t>
      </w:r>
    </w:p>
    <w:p w14:paraId="20179761" w14:textId="77777777" w:rsidR="00E9465B" w:rsidRDefault="00E9465B" w:rsidP="00E9465B"/>
    <w:p w14:paraId="44173995" w14:textId="77777777" w:rsidR="00E9465B" w:rsidRPr="008E3476" w:rsidRDefault="00E9465B" w:rsidP="00E9465B">
      <w:pPr>
        <w:rPr>
          <w:b/>
          <w:bCs/>
        </w:rPr>
      </w:pPr>
      <w:r w:rsidRPr="008E3476">
        <w:rPr>
          <w:b/>
          <w:bCs/>
        </w:rPr>
        <w:t>POUR ALLER PLUS LOIN - Questions à se poser :</w:t>
      </w:r>
    </w:p>
    <w:p w14:paraId="51543D23" w14:textId="77777777" w:rsidR="00E9465B" w:rsidRDefault="00E9465B" w:rsidP="00E9465B">
      <w:pPr>
        <w:pStyle w:val="Listepuces"/>
        <w:numPr>
          <w:ilvl w:val="0"/>
          <w:numId w:val="0"/>
        </w:numPr>
      </w:pPr>
      <w:r>
        <w:t xml:space="preserve">→ Ma </w:t>
      </w:r>
      <w:proofErr w:type="spellStart"/>
      <w:r>
        <w:t>problématique</w:t>
      </w:r>
      <w:proofErr w:type="spellEnd"/>
      <w:r>
        <w:t xml:space="preserve"> </w:t>
      </w:r>
      <w:proofErr w:type="spellStart"/>
      <w:r>
        <w:t>suscite</w:t>
      </w:r>
      <w:proofErr w:type="spellEnd"/>
      <w:r>
        <w:t>-t-</w:t>
      </w:r>
      <w:proofErr w:type="spellStart"/>
      <w:r>
        <w:t>elle</w:t>
      </w:r>
      <w:proofErr w:type="spellEnd"/>
      <w:r>
        <w:t xml:space="preserve"> un "Ah </w:t>
      </w:r>
      <w:proofErr w:type="spellStart"/>
      <w:r>
        <w:t>oui</w:t>
      </w:r>
      <w:proofErr w:type="spellEnd"/>
      <w:r>
        <w:t xml:space="preserve">, bonne question !" </w:t>
      </w:r>
      <w:proofErr w:type="spellStart"/>
      <w:r>
        <w:t>ou</w:t>
      </w:r>
      <w:proofErr w:type="spellEnd"/>
      <w:r>
        <w:t xml:space="preserve"> un "</w:t>
      </w:r>
      <w:proofErr w:type="spellStart"/>
      <w:r>
        <w:t>Bof</w:t>
      </w:r>
      <w:proofErr w:type="spellEnd"/>
      <w:r>
        <w:t xml:space="preserve">, </w:t>
      </w:r>
      <w:proofErr w:type="spellStart"/>
      <w:r>
        <w:t>évident</w:t>
      </w:r>
      <w:proofErr w:type="spellEnd"/>
      <w:r>
        <w:t>" ?</w:t>
      </w:r>
    </w:p>
    <w:p w14:paraId="30158EE3" w14:textId="77777777" w:rsidR="00E9465B" w:rsidRDefault="00E9465B" w:rsidP="00E9465B">
      <w:pPr>
        <w:pStyle w:val="Listepuces"/>
        <w:numPr>
          <w:ilvl w:val="0"/>
          <w:numId w:val="0"/>
        </w:numPr>
      </w:pPr>
      <w:r>
        <w:t xml:space="preserve">→ </w:t>
      </w:r>
      <w:proofErr w:type="spellStart"/>
      <w:r>
        <w:t>Nécessite</w:t>
      </w:r>
      <w:proofErr w:type="spellEnd"/>
      <w:r>
        <w:t>-t-</w:t>
      </w:r>
      <w:proofErr w:type="spellStart"/>
      <w:r>
        <w:t>elle</w:t>
      </w:r>
      <w:proofErr w:type="spellEnd"/>
      <w:r>
        <w:t xml:space="preserve"> </w:t>
      </w:r>
      <w:proofErr w:type="spellStart"/>
      <w:r>
        <w:t>une</w:t>
      </w:r>
      <w:proofErr w:type="spellEnd"/>
      <w:r>
        <w:t xml:space="preserve"> </w:t>
      </w:r>
      <w:proofErr w:type="spellStart"/>
      <w:r>
        <w:t>enquête</w:t>
      </w:r>
      <w:proofErr w:type="spellEnd"/>
      <w:r>
        <w:t xml:space="preserve"> terrain </w:t>
      </w:r>
      <w:proofErr w:type="spellStart"/>
      <w:r>
        <w:t>ou</w:t>
      </w:r>
      <w:proofErr w:type="spellEnd"/>
      <w:r>
        <w:t xml:space="preserve"> </w:t>
      </w:r>
      <w:proofErr w:type="spellStart"/>
      <w:r>
        <w:t>suffit</w:t>
      </w:r>
      <w:proofErr w:type="spellEnd"/>
      <w:r>
        <w:t xml:space="preserve">-il de </w:t>
      </w:r>
      <w:proofErr w:type="spellStart"/>
      <w:r>
        <w:t>chercher</w:t>
      </w:r>
      <w:proofErr w:type="spellEnd"/>
      <w:r>
        <w:t xml:space="preserve"> sur Google ?</w:t>
      </w:r>
    </w:p>
    <w:p w14:paraId="0C0F4EEF" w14:textId="77777777" w:rsidR="00E9465B" w:rsidRDefault="00E9465B" w:rsidP="00E9465B">
      <w:pPr>
        <w:pStyle w:val="Listepuces"/>
        <w:numPr>
          <w:ilvl w:val="0"/>
          <w:numId w:val="0"/>
        </w:numPr>
      </w:pPr>
      <w:r>
        <w:t xml:space="preserve">→ </w:t>
      </w:r>
      <w:proofErr w:type="spellStart"/>
      <w:r>
        <w:t>Plusieurs</w:t>
      </w:r>
      <w:proofErr w:type="spellEnd"/>
      <w:r>
        <w:t xml:space="preserve"> </w:t>
      </w:r>
      <w:proofErr w:type="spellStart"/>
      <w:r>
        <w:t>réponses</w:t>
      </w:r>
      <w:proofErr w:type="spellEnd"/>
      <w:r>
        <w:t xml:space="preserve"> </w:t>
      </w:r>
      <w:proofErr w:type="spellStart"/>
      <w:r>
        <w:t>concurrentes</w:t>
      </w:r>
      <w:proofErr w:type="spellEnd"/>
      <w:r>
        <w:t xml:space="preserve"> </w:t>
      </w:r>
      <w:proofErr w:type="spellStart"/>
      <w:r>
        <w:t>sont-elles</w:t>
      </w:r>
      <w:proofErr w:type="spellEnd"/>
      <w:r>
        <w:t xml:space="preserve"> possibles ?</w:t>
      </w:r>
    </w:p>
    <w:p w14:paraId="2837D322" w14:textId="77777777" w:rsidR="00E9465B" w:rsidRDefault="00E9465B" w:rsidP="00E9465B">
      <w:pPr>
        <w:pStyle w:val="Listepuces"/>
        <w:numPr>
          <w:ilvl w:val="0"/>
          <w:numId w:val="0"/>
        </w:numPr>
      </w:pPr>
      <w:r>
        <w:t xml:space="preserve">→ Mon </w:t>
      </w:r>
      <w:proofErr w:type="spellStart"/>
      <w:r>
        <w:t>directeur</w:t>
      </w:r>
      <w:proofErr w:type="spellEnd"/>
      <w:r>
        <w:t xml:space="preserve"> de </w:t>
      </w:r>
      <w:proofErr w:type="spellStart"/>
      <w:r>
        <w:t>mémoire</w:t>
      </w:r>
      <w:proofErr w:type="spellEnd"/>
      <w:r>
        <w:t xml:space="preserve"> </w:t>
      </w:r>
      <w:proofErr w:type="spellStart"/>
      <w:r>
        <w:t>pourrait</w:t>
      </w:r>
      <w:proofErr w:type="spellEnd"/>
      <w:r>
        <w:t xml:space="preserve">-il me challenger sur </w:t>
      </w:r>
      <w:proofErr w:type="spellStart"/>
      <w:r>
        <w:t>mes</w:t>
      </w:r>
      <w:proofErr w:type="spellEnd"/>
      <w:r>
        <w:t xml:space="preserve"> choix </w:t>
      </w:r>
      <w:proofErr w:type="spellStart"/>
      <w:r>
        <w:t>théoriques</w:t>
      </w:r>
      <w:proofErr w:type="spellEnd"/>
      <w:r>
        <w:t xml:space="preserve"> ?</w:t>
      </w:r>
    </w:p>
    <w:p w14:paraId="00AB97EC" w14:textId="77777777" w:rsidR="00E9465B" w:rsidRDefault="00E9465B" w:rsidP="00E9465B"/>
    <w:p w14:paraId="18B9C213" w14:textId="77777777" w:rsidR="00E9465B" w:rsidRDefault="00E9465B" w:rsidP="00E9465B">
      <w:pPr>
        <w:pStyle w:val="Titre1"/>
        <w:jc w:val="center"/>
      </w:pPr>
      <w:r>
        <w:t>EXERCICE 3 : DE L'OBSERVATION AU QUESTIONNEMENT</w:t>
      </w:r>
    </w:p>
    <w:p w14:paraId="17294218" w14:textId="77777777" w:rsidR="00807BD4" w:rsidRDefault="00807BD4" w:rsidP="00E9465B"/>
    <w:p w14:paraId="7E159B74" w14:textId="18192190" w:rsidR="00E9465B" w:rsidRDefault="00E9465B" w:rsidP="00E9465B">
      <w:r>
        <w:t>ATELIER TERRAIN FICTIF</w:t>
      </w:r>
    </w:p>
    <w:p w14:paraId="10CA3B10" w14:textId="77777777" w:rsidR="00E9465B" w:rsidRDefault="00E9465B" w:rsidP="00E9465B">
      <w:r>
        <w:t>Durée : 45 minutes</w:t>
      </w:r>
    </w:p>
    <w:p w14:paraId="39488238" w14:textId="77777777" w:rsidR="00E9465B" w:rsidRDefault="00E9465B" w:rsidP="00E9465B">
      <w:r>
        <w:t xml:space="preserve">Format : Travail </w:t>
      </w:r>
      <w:proofErr w:type="spellStart"/>
      <w:r>
        <w:t>en</w:t>
      </w:r>
      <w:proofErr w:type="spellEnd"/>
      <w:r>
        <w:t xml:space="preserve"> </w:t>
      </w:r>
      <w:proofErr w:type="spellStart"/>
      <w:r>
        <w:t>groupe</w:t>
      </w:r>
      <w:proofErr w:type="spellEnd"/>
      <w:r>
        <w:t xml:space="preserve"> de 5 </w:t>
      </w:r>
      <w:proofErr w:type="spellStart"/>
      <w:r>
        <w:t>personnes</w:t>
      </w:r>
      <w:proofErr w:type="spellEnd"/>
    </w:p>
    <w:p w14:paraId="2DB87B08" w14:textId="77777777" w:rsidR="00E9465B" w:rsidRDefault="00E9465B" w:rsidP="00E9465B"/>
    <w:p w14:paraId="60EA549F" w14:textId="77777777" w:rsidR="00E9465B" w:rsidRPr="00807BD4" w:rsidRDefault="00E9465B" w:rsidP="00E9465B">
      <w:pPr>
        <w:rPr>
          <w:b/>
          <w:bCs/>
        </w:rPr>
      </w:pPr>
      <w:r w:rsidRPr="00807BD4">
        <w:rPr>
          <w:b/>
          <w:bCs/>
        </w:rPr>
        <w:t>LE SCÉNARIO</w:t>
      </w:r>
    </w:p>
    <w:p w14:paraId="2DFC7AB5" w14:textId="3B7C1C3F" w:rsidR="00E9465B" w:rsidRDefault="00E9465B" w:rsidP="00807BD4">
      <w:pPr>
        <w:jc w:val="both"/>
      </w:pPr>
      <w:r>
        <w:t xml:space="preserve">Vous </w:t>
      </w:r>
      <w:proofErr w:type="spellStart"/>
      <w:r>
        <w:t>effectuez</w:t>
      </w:r>
      <w:proofErr w:type="spellEnd"/>
      <w:r>
        <w:t xml:space="preserve"> un stage </w:t>
      </w:r>
      <w:proofErr w:type="spellStart"/>
      <w:r>
        <w:t>d'observation</w:t>
      </w:r>
      <w:proofErr w:type="spellEnd"/>
      <w:r>
        <w:t xml:space="preserve"> de deux </w:t>
      </w:r>
      <w:proofErr w:type="spellStart"/>
      <w:r>
        <w:t>semaines</w:t>
      </w:r>
      <w:proofErr w:type="spellEnd"/>
      <w:r>
        <w:t xml:space="preserve"> dans LOGIFAST, </w:t>
      </w:r>
      <w:proofErr w:type="spellStart"/>
      <w:r>
        <w:t>une</w:t>
      </w:r>
      <w:proofErr w:type="spellEnd"/>
      <w:r>
        <w:t xml:space="preserve"> </w:t>
      </w:r>
      <w:proofErr w:type="spellStart"/>
      <w:r>
        <w:t>entreprise</w:t>
      </w:r>
      <w:proofErr w:type="spellEnd"/>
      <w:r>
        <w:t xml:space="preserve"> de </w:t>
      </w:r>
      <w:proofErr w:type="spellStart"/>
      <w:r>
        <w:t>logistique</w:t>
      </w:r>
      <w:proofErr w:type="spellEnd"/>
      <w:r>
        <w:t xml:space="preserve"> et transport de 350 </w:t>
      </w:r>
      <w:proofErr w:type="spellStart"/>
      <w:r>
        <w:t>salariés</w:t>
      </w:r>
      <w:proofErr w:type="spellEnd"/>
      <w:r>
        <w:t xml:space="preserve"> </w:t>
      </w:r>
      <w:proofErr w:type="spellStart"/>
      <w:r>
        <w:t>basée</w:t>
      </w:r>
      <w:proofErr w:type="spellEnd"/>
      <w:r>
        <w:t xml:space="preserve"> </w:t>
      </w:r>
      <w:proofErr w:type="spellStart"/>
      <w:r>
        <w:t>en</w:t>
      </w:r>
      <w:proofErr w:type="spellEnd"/>
      <w:r>
        <w:t xml:space="preserve"> </w:t>
      </w:r>
      <w:proofErr w:type="spellStart"/>
      <w:r>
        <w:t>région</w:t>
      </w:r>
      <w:proofErr w:type="spellEnd"/>
      <w:r>
        <w:t xml:space="preserve"> </w:t>
      </w:r>
      <w:proofErr w:type="spellStart"/>
      <w:r>
        <w:t>parisienne</w:t>
      </w:r>
      <w:proofErr w:type="spellEnd"/>
      <w:r>
        <w:t>.</w:t>
      </w:r>
      <w:r w:rsidR="00807BD4">
        <w:t xml:space="preserve"> </w:t>
      </w:r>
      <w:proofErr w:type="spellStart"/>
      <w:r>
        <w:t>Votre</w:t>
      </w:r>
      <w:proofErr w:type="spellEnd"/>
      <w:r>
        <w:t xml:space="preserve"> mission </w:t>
      </w:r>
      <w:proofErr w:type="spellStart"/>
      <w:r>
        <w:t>initiale</w:t>
      </w:r>
      <w:proofErr w:type="spellEnd"/>
      <w:r>
        <w:t xml:space="preserve"> : observer les pratiques RSE et QSE de </w:t>
      </w:r>
      <w:proofErr w:type="spellStart"/>
      <w:r>
        <w:t>l'entreprise</w:t>
      </w:r>
      <w:proofErr w:type="spellEnd"/>
      <w:r>
        <w:t xml:space="preserve"> dans le cadre de </w:t>
      </w:r>
      <w:proofErr w:type="spellStart"/>
      <w:r>
        <w:t>votre</w:t>
      </w:r>
      <w:proofErr w:type="spellEnd"/>
      <w:r>
        <w:t xml:space="preserve"> </w:t>
      </w:r>
      <w:proofErr w:type="spellStart"/>
      <w:r>
        <w:t>mémoire</w:t>
      </w:r>
      <w:proofErr w:type="spellEnd"/>
      <w:r>
        <w:t xml:space="preserve"> de M1.</w:t>
      </w:r>
    </w:p>
    <w:p w14:paraId="6B971E4C" w14:textId="77777777" w:rsidR="00E9465B" w:rsidRDefault="00E9465B" w:rsidP="00E9465B">
      <w:proofErr w:type="spellStart"/>
      <w:r>
        <w:t>Voici</w:t>
      </w:r>
      <w:proofErr w:type="spellEnd"/>
      <w:r>
        <w:t xml:space="preserve"> </w:t>
      </w:r>
      <w:proofErr w:type="spellStart"/>
      <w:r>
        <w:t>vos</w:t>
      </w:r>
      <w:proofErr w:type="spellEnd"/>
      <w:r>
        <w:t xml:space="preserve"> notes de terrain après 10 </w:t>
      </w:r>
      <w:proofErr w:type="spellStart"/>
      <w:r>
        <w:t>jours</w:t>
      </w:r>
      <w:proofErr w:type="spellEnd"/>
      <w:r>
        <w:t xml:space="preserve"> </w:t>
      </w:r>
      <w:proofErr w:type="spellStart"/>
      <w:r>
        <w:t>d'observation</w:t>
      </w:r>
      <w:proofErr w:type="spellEnd"/>
      <w:r>
        <w:t xml:space="preserve"> :</w:t>
      </w:r>
    </w:p>
    <w:p w14:paraId="32537E7F" w14:textId="77777777" w:rsidR="00E9465B" w:rsidRPr="00807BD4" w:rsidRDefault="00E9465B" w:rsidP="00E9465B">
      <w:pPr>
        <w:rPr>
          <w:b/>
          <w:bCs/>
        </w:rPr>
      </w:pPr>
      <w:r w:rsidRPr="00807BD4">
        <w:rPr>
          <w:rFonts w:ascii="Segoe UI Emoji" w:hAnsi="Segoe UI Emoji" w:cs="Segoe UI Emoji"/>
          <w:b/>
          <w:bCs/>
        </w:rPr>
        <w:t>📋</w:t>
      </w:r>
      <w:r w:rsidRPr="00807BD4">
        <w:rPr>
          <w:b/>
          <w:bCs/>
        </w:rPr>
        <w:t xml:space="preserve"> JOUR 1-3 : Observations </w:t>
      </w:r>
      <w:proofErr w:type="spellStart"/>
      <w:r w:rsidRPr="00807BD4">
        <w:rPr>
          <w:b/>
          <w:bCs/>
        </w:rPr>
        <w:t>visuelles</w:t>
      </w:r>
      <w:proofErr w:type="spellEnd"/>
    </w:p>
    <w:p w14:paraId="57FDD34E" w14:textId="77777777" w:rsidR="00E9465B" w:rsidRDefault="00E9465B" w:rsidP="00807BD4">
      <w:pPr>
        <w:pStyle w:val="Listepuces"/>
        <w:numPr>
          <w:ilvl w:val="0"/>
          <w:numId w:val="0"/>
        </w:numPr>
      </w:pPr>
      <w:r>
        <w:t xml:space="preserve">→ Les </w:t>
      </w:r>
      <w:proofErr w:type="spellStart"/>
      <w:r>
        <w:t>chartes</w:t>
      </w:r>
      <w:proofErr w:type="spellEnd"/>
      <w:r>
        <w:t xml:space="preserve"> </w:t>
      </w:r>
      <w:proofErr w:type="spellStart"/>
      <w:r>
        <w:t>éthiques</w:t>
      </w:r>
      <w:proofErr w:type="spellEnd"/>
      <w:r>
        <w:t xml:space="preserve"> et </w:t>
      </w:r>
      <w:proofErr w:type="spellStart"/>
      <w:r>
        <w:t>environnementales</w:t>
      </w:r>
      <w:proofErr w:type="spellEnd"/>
      <w:r>
        <w:t xml:space="preserve"> </w:t>
      </w:r>
      <w:proofErr w:type="spellStart"/>
      <w:r>
        <w:t>sont</w:t>
      </w:r>
      <w:proofErr w:type="spellEnd"/>
      <w:r>
        <w:t xml:space="preserve"> </w:t>
      </w:r>
      <w:proofErr w:type="spellStart"/>
      <w:r>
        <w:t>affichées</w:t>
      </w:r>
      <w:proofErr w:type="spellEnd"/>
      <w:r>
        <w:t xml:space="preserve"> PARTOUT : hall </w:t>
      </w:r>
      <w:proofErr w:type="spellStart"/>
      <w:r>
        <w:t>d'entrée</w:t>
      </w:r>
      <w:proofErr w:type="spellEnd"/>
      <w:r>
        <w:t xml:space="preserve">, salles de pause, </w:t>
      </w:r>
      <w:proofErr w:type="spellStart"/>
      <w:r>
        <w:t>vestiaires</w:t>
      </w:r>
      <w:proofErr w:type="spellEnd"/>
      <w:r>
        <w:t xml:space="preserve">, zones de quai, </w:t>
      </w:r>
      <w:proofErr w:type="spellStart"/>
      <w:r>
        <w:t>bureaux</w:t>
      </w:r>
      <w:proofErr w:type="spellEnd"/>
      <w:r>
        <w:t xml:space="preserve"> </w:t>
      </w:r>
      <w:proofErr w:type="spellStart"/>
      <w:r>
        <w:t>administratifs</w:t>
      </w:r>
      <w:proofErr w:type="spellEnd"/>
    </w:p>
    <w:p w14:paraId="01ECC19B" w14:textId="77777777" w:rsidR="00E9465B" w:rsidRDefault="00E9465B" w:rsidP="00807BD4">
      <w:pPr>
        <w:pStyle w:val="Listepuces"/>
        <w:numPr>
          <w:ilvl w:val="0"/>
          <w:numId w:val="0"/>
        </w:numPr>
      </w:pPr>
      <w:r>
        <w:t xml:space="preserve">→ Affiches design </w:t>
      </w:r>
      <w:proofErr w:type="spellStart"/>
      <w:r>
        <w:t>soignées</w:t>
      </w:r>
      <w:proofErr w:type="spellEnd"/>
      <w:r>
        <w:t xml:space="preserve"> : "Notre engagement RSE", "LOGIFAST, </w:t>
      </w:r>
      <w:proofErr w:type="spellStart"/>
      <w:r>
        <w:t>entreprise</w:t>
      </w:r>
      <w:proofErr w:type="spellEnd"/>
      <w:r>
        <w:t xml:space="preserve"> </w:t>
      </w:r>
      <w:proofErr w:type="spellStart"/>
      <w:r>
        <w:t>responsable</w:t>
      </w:r>
      <w:proofErr w:type="spellEnd"/>
      <w:r>
        <w:t xml:space="preserve">", "Ensemble pour la </w:t>
      </w:r>
      <w:proofErr w:type="spellStart"/>
      <w:r>
        <w:t>planète</w:t>
      </w:r>
      <w:proofErr w:type="spellEnd"/>
      <w:r>
        <w:t>"</w:t>
      </w:r>
    </w:p>
    <w:p w14:paraId="1A02C478" w14:textId="77777777" w:rsidR="00E9465B" w:rsidRDefault="00E9465B" w:rsidP="00807BD4">
      <w:pPr>
        <w:pStyle w:val="Listepuces"/>
        <w:numPr>
          <w:ilvl w:val="0"/>
          <w:numId w:val="0"/>
        </w:numPr>
      </w:pPr>
      <w:r>
        <w:t xml:space="preserve">→ </w:t>
      </w:r>
      <w:proofErr w:type="spellStart"/>
      <w:r>
        <w:t>Écrans</w:t>
      </w:r>
      <w:proofErr w:type="spellEnd"/>
      <w:r>
        <w:t xml:space="preserve"> </w:t>
      </w:r>
      <w:proofErr w:type="spellStart"/>
      <w:r>
        <w:t>numériques</w:t>
      </w:r>
      <w:proofErr w:type="spellEnd"/>
      <w:r>
        <w:t xml:space="preserve"> dans les </w:t>
      </w:r>
      <w:proofErr w:type="spellStart"/>
      <w:r>
        <w:t>espaces</w:t>
      </w:r>
      <w:proofErr w:type="spellEnd"/>
      <w:r>
        <w:t xml:space="preserve"> </w:t>
      </w:r>
      <w:proofErr w:type="spellStart"/>
      <w:r>
        <w:t>communs</w:t>
      </w:r>
      <w:proofErr w:type="spellEnd"/>
      <w:r>
        <w:t xml:space="preserve"> </w:t>
      </w:r>
      <w:proofErr w:type="spellStart"/>
      <w:r>
        <w:t>diffusent</w:t>
      </w:r>
      <w:proofErr w:type="spellEnd"/>
      <w:r>
        <w:t xml:space="preserve"> </w:t>
      </w:r>
      <w:proofErr w:type="spellStart"/>
      <w:r>
        <w:t>en</w:t>
      </w:r>
      <w:proofErr w:type="spellEnd"/>
      <w:r>
        <w:t xml:space="preserve"> boucle les engagements de </w:t>
      </w:r>
      <w:proofErr w:type="spellStart"/>
      <w:r>
        <w:t>l'entreprise</w:t>
      </w:r>
      <w:proofErr w:type="spellEnd"/>
    </w:p>
    <w:p w14:paraId="3A814800" w14:textId="77777777" w:rsidR="00E9465B" w:rsidRDefault="00E9465B" w:rsidP="00807BD4">
      <w:pPr>
        <w:pStyle w:val="Listepuces"/>
        <w:numPr>
          <w:ilvl w:val="0"/>
          <w:numId w:val="0"/>
        </w:numPr>
      </w:pPr>
      <w:r>
        <w:t xml:space="preserve">→ Un "livre RSE" de 40 pages est disponible à </w:t>
      </w:r>
      <w:proofErr w:type="spellStart"/>
      <w:r>
        <w:t>l'accueil</w:t>
      </w:r>
      <w:proofErr w:type="spellEnd"/>
    </w:p>
    <w:p w14:paraId="29EAE84C" w14:textId="77777777" w:rsidR="00E9465B" w:rsidRPr="00807BD4" w:rsidRDefault="00E9465B" w:rsidP="00E9465B">
      <w:pPr>
        <w:rPr>
          <w:b/>
          <w:bCs/>
        </w:rPr>
      </w:pPr>
      <w:r w:rsidRPr="00807BD4">
        <w:rPr>
          <w:rFonts w:ascii="Segoe UI Emoji" w:hAnsi="Segoe UI Emoji" w:cs="Segoe UI Emoji"/>
          <w:b/>
          <w:bCs/>
        </w:rPr>
        <w:t>📋</w:t>
      </w:r>
      <w:r w:rsidRPr="00807BD4">
        <w:rPr>
          <w:b/>
          <w:bCs/>
        </w:rPr>
        <w:t xml:space="preserve"> JOUR 4-6 : Discussions </w:t>
      </w:r>
      <w:proofErr w:type="spellStart"/>
      <w:r w:rsidRPr="00807BD4">
        <w:rPr>
          <w:b/>
          <w:bCs/>
        </w:rPr>
        <w:t>informelles</w:t>
      </w:r>
      <w:proofErr w:type="spellEnd"/>
      <w:r w:rsidRPr="00807BD4">
        <w:rPr>
          <w:b/>
          <w:bCs/>
        </w:rPr>
        <w:t xml:space="preserve"> avec les </w:t>
      </w:r>
      <w:proofErr w:type="spellStart"/>
      <w:r w:rsidRPr="00807BD4">
        <w:rPr>
          <w:b/>
          <w:bCs/>
        </w:rPr>
        <w:t>employés</w:t>
      </w:r>
      <w:proofErr w:type="spellEnd"/>
      <w:r w:rsidRPr="00807BD4">
        <w:rPr>
          <w:b/>
          <w:bCs/>
        </w:rPr>
        <w:t xml:space="preserve"> </w:t>
      </w:r>
      <w:proofErr w:type="spellStart"/>
      <w:r w:rsidRPr="00807BD4">
        <w:rPr>
          <w:b/>
          <w:bCs/>
        </w:rPr>
        <w:t>d'entrepôt</w:t>
      </w:r>
      <w:proofErr w:type="spellEnd"/>
      <w:r w:rsidRPr="00807BD4">
        <w:rPr>
          <w:b/>
          <w:bCs/>
        </w:rPr>
        <w:t xml:space="preserve"> (pause-café, </w:t>
      </w:r>
      <w:proofErr w:type="spellStart"/>
      <w:r w:rsidRPr="00807BD4">
        <w:rPr>
          <w:b/>
          <w:bCs/>
        </w:rPr>
        <w:t>vestiaires</w:t>
      </w:r>
      <w:proofErr w:type="spellEnd"/>
      <w:r w:rsidRPr="00807BD4">
        <w:rPr>
          <w:b/>
          <w:bCs/>
        </w:rPr>
        <w:t>)</w:t>
      </w:r>
    </w:p>
    <w:p w14:paraId="7A7EA0C6" w14:textId="77777777" w:rsidR="00E9465B" w:rsidRDefault="00E9465B" w:rsidP="00E9465B">
      <w:r w:rsidRPr="00807BD4">
        <w:rPr>
          <w:i/>
          <w:iCs/>
        </w:rPr>
        <w:t>Extrait 1</w:t>
      </w:r>
      <w:r>
        <w:t xml:space="preserve"> - Karim, </w:t>
      </w:r>
      <w:proofErr w:type="spellStart"/>
      <w:r>
        <w:t>préparateur</w:t>
      </w:r>
      <w:proofErr w:type="spellEnd"/>
      <w:r>
        <w:t xml:space="preserve"> de </w:t>
      </w:r>
      <w:proofErr w:type="spellStart"/>
      <w:r>
        <w:t>commandes</w:t>
      </w:r>
      <w:proofErr w:type="spellEnd"/>
      <w:r>
        <w:t xml:space="preserve">, 8 </w:t>
      </w:r>
      <w:proofErr w:type="spellStart"/>
      <w:r>
        <w:t>ans</w:t>
      </w:r>
      <w:proofErr w:type="spellEnd"/>
      <w:r>
        <w:t xml:space="preserve"> </w:t>
      </w:r>
      <w:proofErr w:type="spellStart"/>
      <w:r>
        <w:t>d'ancienneté</w:t>
      </w:r>
      <w:proofErr w:type="spellEnd"/>
      <w:r>
        <w:t xml:space="preserve"> :</w:t>
      </w:r>
    </w:p>
    <w:p w14:paraId="66EAC922" w14:textId="77777777" w:rsidR="00E9465B" w:rsidRDefault="00E9465B" w:rsidP="00E9465B">
      <w:r>
        <w:t xml:space="preserve">"Les affiches ? Ah </w:t>
      </w:r>
      <w:proofErr w:type="spellStart"/>
      <w:r>
        <w:t>oui</w:t>
      </w:r>
      <w:proofErr w:type="spellEnd"/>
      <w:r>
        <w:t xml:space="preserve">, </w:t>
      </w:r>
      <w:proofErr w:type="spellStart"/>
      <w:r>
        <w:t>j'ai</w:t>
      </w:r>
      <w:proofErr w:type="spellEnd"/>
      <w:r>
        <w:t xml:space="preserve"> vu </w:t>
      </w:r>
      <w:proofErr w:type="spellStart"/>
      <w:r>
        <w:t>ça</w:t>
      </w:r>
      <w:proofErr w:type="spellEnd"/>
      <w:r>
        <w:t xml:space="preserve">... Mais </w:t>
      </w:r>
      <w:proofErr w:type="spellStart"/>
      <w:r>
        <w:t>franchement</w:t>
      </w:r>
      <w:proofErr w:type="spellEnd"/>
      <w:r>
        <w:t xml:space="preserve">, </w:t>
      </w:r>
      <w:proofErr w:type="spellStart"/>
      <w:r>
        <w:t>j'ai</w:t>
      </w:r>
      <w:proofErr w:type="spellEnd"/>
      <w:r>
        <w:t xml:space="preserve"> jamais </w:t>
      </w:r>
      <w:proofErr w:type="spellStart"/>
      <w:r>
        <w:t>lu</w:t>
      </w:r>
      <w:proofErr w:type="spellEnd"/>
      <w:r>
        <w:t xml:space="preserve">. </w:t>
      </w:r>
      <w:proofErr w:type="spellStart"/>
      <w:r>
        <w:t>J'ai</w:t>
      </w:r>
      <w:proofErr w:type="spellEnd"/>
      <w:r>
        <w:t xml:space="preserve"> pas le temps, on court toute la </w:t>
      </w:r>
      <w:proofErr w:type="spellStart"/>
      <w:r>
        <w:t>journée</w:t>
      </w:r>
      <w:proofErr w:type="spellEnd"/>
      <w:r>
        <w:t xml:space="preserve">. </w:t>
      </w:r>
      <w:proofErr w:type="spellStart"/>
      <w:r>
        <w:t>C'est</w:t>
      </w:r>
      <w:proofErr w:type="spellEnd"/>
      <w:r>
        <w:t xml:space="preserve"> </w:t>
      </w:r>
      <w:proofErr w:type="spellStart"/>
      <w:r>
        <w:t>joli</w:t>
      </w:r>
      <w:proofErr w:type="spellEnd"/>
      <w:r>
        <w:t xml:space="preserve">, </w:t>
      </w:r>
      <w:proofErr w:type="spellStart"/>
      <w:r>
        <w:t>c'est</w:t>
      </w:r>
      <w:proofErr w:type="spellEnd"/>
      <w:r>
        <w:t xml:space="preserve"> tout."</w:t>
      </w:r>
    </w:p>
    <w:p w14:paraId="394441D0" w14:textId="77777777" w:rsidR="00E9465B" w:rsidRDefault="00E9465B" w:rsidP="00E9465B">
      <w:r w:rsidRPr="00807BD4">
        <w:rPr>
          <w:i/>
          <w:iCs/>
        </w:rPr>
        <w:t>Extrait 2</w:t>
      </w:r>
      <w:r>
        <w:t xml:space="preserve"> - Sophie, </w:t>
      </w:r>
      <w:proofErr w:type="spellStart"/>
      <w:r>
        <w:t>cariste</w:t>
      </w:r>
      <w:proofErr w:type="spellEnd"/>
      <w:r>
        <w:t xml:space="preserve">, 3 </w:t>
      </w:r>
      <w:proofErr w:type="spellStart"/>
      <w:r>
        <w:t>ans</w:t>
      </w:r>
      <w:proofErr w:type="spellEnd"/>
      <w:r>
        <w:t xml:space="preserve"> </w:t>
      </w:r>
      <w:proofErr w:type="spellStart"/>
      <w:r>
        <w:t>d'ancienneté</w:t>
      </w:r>
      <w:proofErr w:type="spellEnd"/>
      <w:r>
        <w:t xml:space="preserve"> :</w:t>
      </w:r>
    </w:p>
    <w:p w14:paraId="0A9DAA0C" w14:textId="77777777" w:rsidR="00E9465B" w:rsidRDefault="00E9465B" w:rsidP="00E9465B">
      <w:r>
        <w:t xml:space="preserve">"Le livre RSE ? On nous </w:t>
      </w:r>
      <w:proofErr w:type="spellStart"/>
      <w:r>
        <w:t>l'a</w:t>
      </w:r>
      <w:proofErr w:type="spellEnd"/>
      <w:r>
        <w:t xml:space="preserve"> </w:t>
      </w:r>
      <w:proofErr w:type="spellStart"/>
      <w:r>
        <w:t>donné</w:t>
      </w:r>
      <w:proofErr w:type="spellEnd"/>
      <w:r>
        <w:t xml:space="preserve"> à la </w:t>
      </w:r>
      <w:proofErr w:type="spellStart"/>
      <w:r>
        <w:t>rentrée</w:t>
      </w:r>
      <w:proofErr w:type="spellEnd"/>
      <w:r>
        <w:t xml:space="preserve"> </w:t>
      </w:r>
      <w:proofErr w:type="spellStart"/>
      <w:r>
        <w:t>mais</w:t>
      </w:r>
      <w:proofErr w:type="spellEnd"/>
      <w:r>
        <w:t xml:space="preserve"> bon, 40 pages, </w:t>
      </w:r>
      <w:proofErr w:type="spellStart"/>
      <w:r>
        <w:t>sérieux</w:t>
      </w:r>
      <w:proofErr w:type="spellEnd"/>
      <w:r>
        <w:t xml:space="preserve"> ? Moi je </w:t>
      </w:r>
      <w:proofErr w:type="spellStart"/>
      <w:r>
        <w:t>veux</w:t>
      </w:r>
      <w:proofErr w:type="spellEnd"/>
      <w:r>
        <w:t xml:space="preserve"> </w:t>
      </w:r>
      <w:proofErr w:type="spellStart"/>
      <w:r>
        <w:t>juste</w:t>
      </w:r>
      <w:proofErr w:type="spellEnd"/>
      <w:r>
        <w:t xml:space="preserve"> faire </w:t>
      </w:r>
      <w:proofErr w:type="spellStart"/>
      <w:r>
        <w:t>mon</w:t>
      </w:r>
      <w:proofErr w:type="spellEnd"/>
      <w:r>
        <w:t xml:space="preserve"> </w:t>
      </w:r>
      <w:proofErr w:type="spellStart"/>
      <w:r>
        <w:t>boulot</w:t>
      </w:r>
      <w:proofErr w:type="spellEnd"/>
      <w:r>
        <w:t xml:space="preserve"> </w:t>
      </w:r>
      <w:proofErr w:type="spellStart"/>
      <w:r>
        <w:t>tranquille</w:t>
      </w:r>
      <w:proofErr w:type="spellEnd"/>
      <w:r>
        <w:t xml:space="preserve">. </w:t>
      </w:r>
      <w:proofErr w:type="spellStart"/>
      <w:r>
        <w:t>C'est</w:t>
      </w:r>
      <w:proofErr w:type="spellEnd"/>
      <w:r>
        <w:t xml:space="preserve"> </w:t>
      </w:r>
      <w:proofErr w:type="spellStart"/>
      <w:r>
        <w:t>juste</w:t>
      </w:r>
      <w:proofErr w:type="spellEnd"/>
      <w:r>
        <w:t xml:space="preserve"> pour faire bien </w:t>
      </w:r>
      <w:proofErr w:type="spellStart"/>
      <w:r>
        <w:t>auprès</w:t>
      </w:r>
      <w:proofErr w:type="spellEnd"/>
      <w:r>
        <w:t xml:space="preserve"> des clients, tout </w:t>
      </w:r>
      <w:proofErr w:type="spellStart"/>
      <w:r>
        <w:t>ça</w:t>
      </w:r>
      <w:proofErr w:type="spellEnd"/>
      <w:r>
        <w:t>."</w:t>
      </w:r>
    </w:p>
    <w:p w14:paraId="2A664B98" w14:textId="77777777" w:rsidR="00E9465B" w:rsidRDefault="00E9465B" w:rsidP="00E9465B">
      <w:r w:rsidRPr="00807BD4">
        <w:rPr>
          <w:i/>
          <w:iCs/>
        </w:rPr>
        <w:t>Extrait 3</w:t>
      </w:r>
      <w:r>
        <w:t xml:space="preserve"> - Ahmed, chef </w:t>
      </w:r>
      <w:proofErr w:type="spellStart"/>
      <w:r>
        <w:t>d'équipe</w:t>
      </w:r>
      <w:proofErr w:type="spellEnd"/>
      <w:r>
        <w:t xml:space="preserve">, 12 </w:t>
      </w:r>
      <w:proofErr w:type="spellStart"/>
      <w:r>
        <w:t>ans</w:t>
      </w:r>
      <w:proofErr w:type="spellEnd"/>
      <w:r>
        <w:t xml:space="preserve"> </w:t>
      </w:r>
      <w:proofErr w:type="spellStart"/>
      <w:r>
        <w:t>d'ancienneté</w:t>
      </w:r>
      <w:proofErr w:type="spellEnd"/>
      <w:r>
        <w:t xml:space="preserve"> :</w:t>
      </w:r>
    </w:p>
    <w:p w14:paraId="316ED44C" w14:textId="77777777" w:rsidR="00E9465B" w:rsidRDefault="00E9465B" w:rsidP="00E9465B">
      <w:r>
        <w:t xml:space="preserve">"La direction communique beaucoup </w:t>
      </w:r>
      <w:proofErr w:type="spellStart"/>
      <w:r>
        <w:t>là</w:t>
      </w:r>
      <w:proofErr w:type="spellEnd"/>
      <w:r>
        <w:t xml:space="preserve">-dessus, </w:t>
      </w:r>
      <w:proofErr w:type="spellStart"/>
      <w:r>
        <w:t>c'est</w:t>
      </w:r>
      <w:proofErr w:type="spellEnd"/>
      <w:r>
        <w:t xml:space="preserve"> </w:t>
      </w:r>
      <w:proofErr w:type="spellStart"/>
      <w:r>
        <w:t>vrai</w:t>
      </w:r>
      <w:proofErr w:type="spellEnd"/>
      <w:r>
        <w:t xml:space="preserve">. Mais dans </w:t>
      </w:r>
      <w:proofErr w:type="spellStart"/>
      <w:r>
        <w:t>notre</w:t>
      </w:r>
      <w:proofErr w:type="spellEnd"/>
      <w:r>
        <w:t xml:space="preserve"> </w:t>
      </w:r>
      <w:proofErr w:type="spellStart"/>
      <w:r>
        <w:t>quotidien</w:t>
      </w:r>
      <w:proofErr w:type="spellEnd"/>
      <w:r>
        <w:t xml:space="preserve">, on </w:t>
      </w:r>
      <w:proofErr w:type="spellStart"/>
      <w:r>
        <w:t>s'en</w:t>
      </w:r>
      <w:proofErr w:type="spellEnd"/>
      <w:r>
        <w:t xml:space="preserve"> fiche un peu. Nous, </w:t>
      </w:r>
      <w:proofErr w:type="spellStart"/>
      <w:r>
        <w:t>ce</w:t>
      </w:r>
      <w:proofErr w:type="spellEnd"/>
      <w:r>
        <w:t xml:space="preserve"> </w:t>
      </w:r>
      <w:proofErr w:type="spellStart"/>
      <w:r>
        <w:t>qu'on</w:t>
      </w:r>
      <w:proofErr w:type="spellEnd"/>
      <w:r>
        <w:t xml:space="preserve"> </w:t>
      </w:r>
      <w:proofErr w:type="spellStart"/>
      <w:r>
        <w:t>veut</w:t>
      </w:r>
      <w:proofErr w:type="spellEnd"/>
      <w:r>
        <w:t xml:space="preserve"> </w:t>
      </w:r>
      <w:proofErr w:type="spellStart"/>
      <w:r>
        <w:t>c'est</w:t>
      </w:r>
      <w:proofErr w:type="spellEnd"/>
      <w:r>
        <w:t xml:space="preserve"> de bons </w:t>
      </w:r>
      <w:proofErr w:type="spellStart"/>
      <w:r>
        <w:t>horaires</w:t>
      </w:r>
      <w:proofErr w:type="spellEnd"/>
      <w:r>
        <w:t xml:space="preserve"> et </w:t>
      </w:r>
      <w:proofErr w:type="spellStart"/>
      <w:r>
        <w:t>une</w:t>
      </w:r>
      <w:proofErr w:type="spellEnd"/>
      <w:r>
        <w:t xml:space="preserve"> bonne </w:t>
      </w:r>
      <w:proofErr w:type="spellStart"/>
      <w:r>
        <w:t>paie</w:t>
      </w:r>
      <w:proofErr w:type="spellEnd"/>
      <w:r>
        <w:t>."</w:t>
      </w:r>
    </w:p>
    <w:p w14:paraId="564F9AD1" w14:textId="77777777" w:rsidR="00E9465B" w:rsidRDefault="00E9465B" w:rsidP="00807BD4">
      <w:pPr>
        <w:pStyle w:val="Listepuces"/>
        <w:numPr>
          <w:ilvl w:val="0"/>
          <w:numId w:val="0"/>
        </w:numPr>
      </w:pPr>
      <w:r>
        <w:t xml:space="preserve">→ Vous </w:t>
      </w:r>
      <w:proofErr w:type="spellStart"/>
      <w:r>
        <w:t>réalisez</w:t>
      </w:r>
      <w:proofErr w:type="spellEnd"/>
      <w:r>
        <w:t xml:space="preserve"> un micro-sondage </w:t>
      </w:r>
      <w:proofErr w:type="spellStart"/>
      <w:r>
        <w:t>informel</w:t>
      </w:r>
      <w:proofErr w:type="spellEnd"/>
      <w:r>
        <w:t xml:space="preserve"> : sur 20 </w:t>
      </w:r>
      <w:proofErr w:type="spellStart"/>
      <w:r>
        <w:t>employés</w:t>
      </w:r>
      <w:proofErr w:type="spellEnd"/>
      <w:r>
        <w:t xml:space="preserve"> </w:t>
      </w:r>
      <w:proofErr w:type="spellStart"/>
      <w:r>
        <w:t>d'entrepôt</w:t>
      </w:r>
      <w:proofErr w:type="spellEnd"/>
      <w:r>
        <w:t xml:space="preserve"> </w:t>
      </w:r>
      <w:proofErr w:type="spellStart"/>
      <w:r>
        <w:t>interrogés</w:t>
      </w:r>
      <w:proofErr w:type="spellEnd"/>
      <w:r>
        <w:t xml:space="preserve">, 19 </w:t>
      </w:r>
      <w:proofErr w:type="spellStart"/>
      <w:r>
        <w:t>n'ont</w:t>
      </w:r>
      <w:proofErr w:type="spellEnd"/>
      <w:r>
        <w:t xml:space="preserve"> jamais </w:t>
      </w:r>
      <w:proofErr w:type="spellStart"/>
      <w:r>
        <w:t>lu</w:t>
      </w:r>
      <w:proofErr w:type="spellEnd"/>
      <w:r>
        <w:t xml:space="preserve"> les </w:t>
      </w:r>
      <w:proofErr w:type="spellStart"/>
      <w:r>
        <w:t>chartes</w:t>
      </w:r>
      <w:proofErr w:type="spellEnd"/>
      <w:r>
        <w:t xml:space="preserve"> </w:t>
      </w:r>
      <w:proofErr w:type="spellStart"/>
      <w:r>
        <w:t>affichées</w:t>
      </w:r>
      <w:proofErr w:type="spellEnd"/>
    </w:p>
    <w:p w14:paraId="40075E95" w14:textId="77777777" w:rsidR="00E9465B" w:rsidRPr="00807BD4" w:rsidRDefault="00E9465B" w:rsidP="00E9465B">
      <w:pPr>
        <w:rPr>
          <w:b/>
          <w:bCs/>
        </w:rPr>
      </w:pPr>
      <w:r w:rsidRPr="00807BD4">
        <w:rPr>
          <w:rFonts w:ascii="Segoe UI Emoji" w:hAnsi="Segoe UI Emoji" w:cs="Segoe UI Emoji"/>
          <w:b/>
          <w:bCs/>
        </w:rPr>
        <w:t>📋</w:t>
      </w:r>
      <w:r w:rsidRPr="00807BD4">
        <w:rPr>
          <w:b/>
          <w:bCs/>
        </w:rPr>
        <w:t xml:space="preserve"> JOUR 7-8 : </w:t>
      </w:r>
      <w:proofErr w:type="spellStart"/>
      <w:r w:rsidRPr="00807BD4">
        <w:rPr>
          <w:b/>
          <w:bCs/>
        </w:rPr>
        <w:t>Analyse</w:t>
      </w:r>
      <w:proofErr w:type="spellEnd"/>
      <w:r w:rsidRPr="00807BD4">
        <w:rPr>
          <w:b/>
          <w:bCs/>
        </w:rPr>
        <w:t xml:space="preserve"> de la communication </w:t>
      </w:r>
      <w:proofErr w:type="spellStart"/>
      <w:r w:rsidRPr="00807BD4">
        <w:rPr>
          <w:b/>
          <w:bCs/>
        </w:rPr>
        <w:t>institutionnelle</w:t>
      </w:r>
      <w:proofErr w:type="spellEnd"/>
    </w:p>
    <w:p w14:paraId="05130295" w14:textId="77777777" w:rsidR="00E9465B" w:rsidRDefault="00E9465B" w:rsidP="00807BD4">
      <w:pPr>
        <w:pStyle w:val="Listepuces"/>
        <w:numPr>
          <w:ilvl w:val="0"/>
          <w:numId w:val="0"/>
        </w:numPr>
      </w:pPr>
      <w:r>
        <w:t xml:space="preserve">→ Le site web de </w:t>
      </w:r>
      <w:proofErr w:type="spellStart"/>
      <w:r>
        <w:t>l'entreprise</w:t>
      </w:r>
      <w:proofErr w:type="spellEnd"/>
      <w:r>
        <w:t xml:space="preserve"> </w:t>
      </w:r>
      <w:proofErr w:type="spellStart"/>
      <w:r>
        <w:t>consacre</w:t>
      </w:r>
      <w:proofErr w:type="spellEnd"/>
      <w:r>
        <w:t xml:space="preserve"> </w:t>
      </w:r>
      <w:proofErr w:type="spellStart"/>
      <w:r>
        <w:t>une</w:t>
      </w:r>
      <w:proofErr w:type="spellEnd"/>
      <w:r>
        <w:t xml:space="preserve"> page </w:t>
      </w:r>
      <w:proofErr w:type="spellStart"/>
      <w:r>
        <w:t>entière</w:t>
      </w:r>
      <w:proofErr w:type="spellEnd"/>
      <w:r>
        <w:t xml:space="preserve"> à la RSE : "LOGIFAST </w:t>
      </w:r>
      <w:proofErr w:type="spellStart"/>
      <w:r>
        <w:t>s'engage</w:t>
      </w:r>
      <w:proofErr w:type="spellEnd"/>
      <w:r>
        <w:t xml:space="preserve"> pour un avenir durable"</w:t>
      </w:r>
    </w:p>
    <w:p w14:paraId="2EAF8D91" w14:textId="77777777" w:rsidR="00E9465B" w:rsidRDefault="00E9465B" w:rsidP="00807BD4">
      <w:pPr>
        <w:pStyle w:val="Listepuces"/>
        <w:numPr>
          <w:ilvl w:val="0"/>
          <w:numId w:val="0"/>
        </w:numPr>
      </w:pPr>
      <w:r>
        <w:t xml:space="preserve">→ Sur LinkedIn, la direction communique </w:t>
      </w:r>
      <w:proofErr w:type="spellStart"/>
      <w:r>
        <w:t>massivement</w:t>
      </w:r>
      <w:proofErr w:type="spellEnd"/>
      <w:r>
        <w:t xml:space="preserve"> : post </w:t>
      </w:r>
      <w:proofErr w:type="spellStart"/>
      <w:r>
        <w:t>chaque</w:t>
      </w:r>
      <w:proofErr w:type="spellEnd"/>
      <w:r>
        <w:t xml:space="preserve"> </w:t>
      </w:r>
      <w:proofErr w:type="spellStart"/>
      <w:r>
        <w:t>semaine</w:t>
      </w:r>
      <w:proofErr w:type="spellEnd"/>
      <w:r>
        <w:t xml:space="preserve"> sur les actions RSE</w:t>
      </w:r>
    </w:p>
    <w:p w14:paraId="0A13869E" w14:textId="77777777" w:rsidR="00E9465B" w:rsidRDefault="00E9465B" w:rsidP="00807BD4">
      <w:pPr>
        <w:pStyle w:val="Listepuces"/>
        <w:numPr>
          <w:ilvl w:val="0"/>
          <w:numId w:val="0"/>
        </w:numPr>
      </w:pPr>
      <w:r>
        <w:t xml:space="preserve">→ Le rapport </w:t>
      </w:r>
      <w:proofErr w:type="spellStart"/>
      <w:r>
        <w:t>annuel</w:t>
      </w:r>
      <w:proofErr w:type="spellEnd"/>
      <w:r>
        <w:t xml:space="preserve"> </w:t>
      </w:r>
      <w:proofErr w:type="spellStart"/>
      <w:r>
        <w:t>contient</w:t>
      </w:r>
      <w:proofErr w:type="spellEnd"/>
      <w:r>
        <w:t xml:space="preserve"> 15 pages sur les engagements </w:t>
      </w:r>
      <w:proofErr w:type="spellStart"/>
      <w:r>
        <w:t>environnementaux</w:t>
      </w:r>
      <w:proofErr w:type="spellEnd"/>
      <w:r>
        <w:t xml:space="preserve"> et </w:t>
      </w:r>
      <w:proofErr w:type="spellStart"/>
      <w:r>
        <w:t>sociaux</w:t>
      </w:r>
      <w:proofErr w:type="spellEnd"/>
    </w:p>
    <w:p w14:paraId="2BE46DAB" w14:textId="77777777" w:rsidR="00E9465B" w:rsidRDefault="00E9465B" w:rsidP="00807BD4">
      <w:pPr>
        <w:pStyle w:val="Listepuces"/>
        <w:numPr>
          <w:ilvl w:val="0"/>
          <w:numId w:val="0"/>
        </w:numPr>
      </w:pPr>
      <w:r>
        <w:t xml:space="preserve">→ Un communiqué de </w:t>
      </w:r>
      <w:proofErr w:type="spellStart"/>
      <w:r>
        <w:t>presse</w:t>
      </w:r>
      <w:proofErr w:type="spellEnd"/>
      <w:r>
        <w:t xml:space="preserve"> </w:t>
      </w:r>
      <w:proofErr w:type="spellStart"/>
      <w:r>
        <w:t>récent</w:t>
      </w:r>
      <w:proofErr w:type="spellEnd"/>
      <w:r>
        <w:t xml:space="preserve"> </w:t>
      </w:r>
      <w:proofErr w:type="spellStart"/>
      <w:r>
        <w:t>annonce</w:t>
      </w:r>
      <w:proofErr w:type="spellEnd"/>
      <w:r>
        <w:t xml:space="preserve"> : "LOGIFAST </w:t>
      </w:r>
      <w:proofErr w:type="spellStart"/>
      <w:r>
        <w:t>certifiée</w:t>
      </w:r>
      <w:proofErr w:type="spellEnd"/>
      <w:r>
        <w:t xml:space="preserve"> ISO 14001 - Un engagement </w:t>
      </w:r>
      <w:proofErr w:type="spellStart"/>
      <w:r>
        <w:t>concret</w:t>
      </w:r>
      <w:proofErr w:type="spellEnd"/>
      <w:r>
        <w:t xml:space="preserve"> pour </w:t>
      </w:r>
      <w:proofErr w:type="spellStart"/>
      <w:r>
        <w:t>l'environnement</w:t>
      </w:r>
      <w:proofErr w:type="spellEnd"/>
      <w:r>
        <w:t>"</w:t>
      </w:r>
    </w:p>
    <w:p w14:paraId="7DC69C0A" w14:textId="77777777" w:rsidR="00E9465B" w:rsidRPr="00807BD4" w:rsidRDefault="00E9465B" w:rsidP="00E9465B">
      <w:pPr>
        <w:rPr>
          <w:b/>
          <w:bCs/>
        </w:rPr>
      </w:pPr>
      <w:r w:rsidRPr="00807BD4">
        <w:rPr>
          <w:rFonts w:ascii="Segoe UI Emoji" w:hAnsi="Segoe UI Emoji" w:cs="Segoe UI Emoji"/>
          <w:b/>
          <w:bCs/>
        </w:rPr>
        <w:t>📋</w:t>
      </w:r>
      <w:r w:rsidRPr="00807BD4">
        <w:rPr>
          <w:b/>
          <w:bCs/>
        </w:rPr>
        <w:t xml:space="preserve"> JOUR 9-10 : Observation des pratiques </w:t>
      </w:r>
      <w:proofErr w:type="spellStart"/>
      <w:r w:rsidRPr="00807BD4">
        <w:rPr>
          <w:b/>
          <w:bCs/>
        </w:rPr>
        <w:t>réelles</w:t>
      </w:r>
      <w:proofErr w:type="spellEnd"/>
    </w:p>
    <w:p w14:paraId="5E8C89DC" w14:textId="77777777" w:rsidR="00E9465B" w:rsidRDefault="00E9465B" w:rsidP="00E9465B">
      <w:r>
        <w:t xml:space="preserve">Vous </w:t>
      </w:r>
      <w:proofErr w:type="spellStart"/>
      <w:r>
        <w:t>constatez</w:t>
      </w:r>
      <w:proofErr w:type="spellEnd"/>
      <w:r>
        <w:t xml:space="preserve"> </w:t>
      </w:r>
      <w:proofErr w:type="spellStart"/>
      <w:r>
        <w:t>néanmoins</w:t>
      </w:r>
      <w:proofErr w:type="spellEnd"/>
      <w:r>
        <w:t xml:space="preserve"> </w:t>
      </w:r>
      <w:proofErr w:type="spellStart"/>
      <w:r>
        <w:t>certains</w:t>
      </w:r>
      <w:proofErr w:type="spellEnd"/>
      <w:r>
        <w:t xml:space="preserve"> </w:t>
      </w:r>
      <w:proofErr w:type="spellStart"/>
      <w:r>
        <w:t>changements</w:t>
      </w:r>
      <w:proofErr w:type="spellEnd"/>
      <w:r>
        <w:t xml:space="preserve"> </w:t>
      </w:r>
      <w:proofErr w:type="spellStart"/>
      <w:r>
        <w:t>concrets</w:t>
      </w:r>
      <w:proofErr w:type="spellEnd"/>
      <w:r>
        <w:t xml:space="preserve"> :</w:t>
      </w:r>
    </w:p>
    <w:p w14:paraId="011CF14B" w14:textId="77777777" w:rsidR="00E9465B" w:rsidRDefault="00E9465B" w:rsidP="00807BD4">
      <w:pPr>
        <w:pStyle w:val="Listepuces"/>
        <w:numPr>
          <w:ilvl w:val="0"/>
          <w:numId w:val="0"/>
        </w:numPr>
      </w:pPr>
      <w:r>
        <w:t xml:space="preserve">→ Mise </w:t>
      </w:r>
      <w:proofErr w:type="spellStart"/>
      <w:r>
        <w:t>en</w:t>
      </w:r>
      <w:proofErr w:type="spellEnd"/>
      <w:r>
        <w:t xml:space="preserve"> place effective du tri </w:t>
      </w:r>
      <w:proofErr w:type="spellStart"/>
      <w:r>
        <w:t>sélectif</w:t>
      </w:r>
      <w:proofErr w:type="spellEnd"/>
      <w:r>
        <w:t xml:space="preserve"> dans </w:t>
      </w:r>
      <w:proofErr w:type="spellStart"/>
      <w:r>
        <w:t>tous</w:t>
      </w:r>
      <w:proofErr w:type="spellEnd"/>
      <w:r>
        <w:t xml:space="preserve"> les </w:t>
      </w:r>
      <w:proofErr w:type="spellStart"/>
      <w:r>
        <w:t>espaces</w:t>
      </w:r>
      <w:proofErr w:type="spellEnd"/>
      <w:r>
        <w:t xml:space="preserve"> (</w:t>
      </w:r>
      <w:proofErr w:type="spellStart"/>
      <w:r>
        <w:t>depuis</w:t>
      </w:r>
      <w:proofErr w:type="spellEnd"/>
      <w:r>
        <w:t xml:space="preserve"> 2 </w:t>
      </w:r>
      <w:proofErr w:type="spellStart"/>
      <w:r>
        <w:t>ans</w:t>
      </w:r>
      <w:proofErr w:type="spellEnd"/>
      <w:r>
        <w:t>)</w:t>
      </w:r>
    </w:p>
    <w:p w14:paraId="4E61824B" w14:textId="77777777" w:rsidR="00E9465B" w:rsidRDefault="00E9465B" w:rsidP="00807BD4">
      <w:pPr>
        <w:pStyle w:val="Listepuces"/>
        <w:numPr>
          <w:ilvl w:val="0"/>
          <w:numId w:val="0"/>
        </w:numPr>
      </w:pPr>
      <w:r>
        <w:t xml:space="preserve">→ Les </w:t>
      </w:r>
      <w:proofErr w:type="spellStart"/>
      <w:r>
        <w:t>employés</w:t>
      </w:r>
      <w:proofErr w:type="spellEnd"/>
      <w:r>
        <w:t xml:space="preserve"> </w:t>
      </w:r>
      <w:proofErr w:type="spellStart"/>
      <w:r>
        <w:t>trient</w:t>
      </w:r>
      <w:proofErr w:type="spellEnd"/>
      <w:r>
        <w:t xml:space="preserve"> </w:t>
      </w:r>
      <w:proofErr w:type="spellStart"/>
      <w:r>
        <w:t>leurs</w:t>
      </w:r>
      <w:proofErr w:type="spellEnd"/>
      <w:r>
        <w:t xml:space="preserve"> </w:t>
      </w:r>
      <w:proofErr w:type="spellStart"/>
      <w:r>
        <w:t>déchets</w:t>
      </w:r>
      <w:proofErr w:type="spellEnd"/>
      <w:r>
        <w:t xml:space="preserve"> </w:t>
      </w:r>
      <w:proofErr w:type="spellStart"/>
      <w:r>
        <w:t>correctement</w:t>
      </w:r>
      <w:proofErr w:type="spellEnd"/>
      <w:r>
        <w:t>, "</w:t>
      </w:r>
      <w:proofErr w:type="spellStart"/>
      <w:r>
        <w:t>parce</w:t>
      </w:r>
      <w:proofErr w:type="spellEnd"/>
      <w:r>
        <w:t xml:space="preserve"> </w:t>
      </w:r>
      <w:proofErr w:type="spellStart"/>
      <w:r>
        <w:t>qu'il</w:t>
      </w:r>
      <w:proofErr w:type="spellEnd"/>
      <w:r>
        <w:t xml:space="preserve"> y a les </w:t>
      </w:r>
      <w:proofErr w:type="spellStart"/>
      <w:r>
        <w:t>poubelles</w:t>
      </w:r>
      <w:proofErr w:type="spellEnd"/>
      <w:r>
        <w:t xml:space="preserve"> de couleur, </w:t>
      </w:r>
      <w:proofErr w:type="spellStart"/>
      <w:r>
        <w:t>c'est</w:t>
      </w:r>
      <w:proofErr w:type="spellEnd"/>
      <w:r>
        <w:t xml:space="preserve"> </w:t>
      </w:r>
      <w:proofErr w:type="spellStart"/>
      <w:r>
        <w:t>automatique</w:t>
      </w:r>
      <w:proofErr w:type="spellEnd"/>
      <w:r>
        <w:t xml:space="preserve"> </w:t>
      </w:r>
      <w:proofErr w:type="spellStart"/>
      <w:r>
        <w:t>maintenant</w:t>
      </w:r>
      <w:proofErr w:type="spellEnd"/>
      <w:r>
        <w:t>"</w:t>
      </w:r>
    </w:p>
    <w:p w14:paraId="0B001EED" w14:textId="77777777" w:rsidR="00E9465B" w:rsidRDefault="00E9465B" w:rsidP="00807BD4">
      <w:pPr>
        <w:pStyle w:val="Listepuces"/>
        <w:numPr>
          <w:ilvl w:val="0"/>
          <w:numId w:val="0"/>
        </w:numPr>
      </w:pPr>
      <w:r>
        <w:t xml:space="preserve">→ </w:t>
      </w:r>
      <w:proofErr w:type="spellStart"/>
      <w:r>
        <w:t>Optimisation</w:t>
      </w:r>
      <w:proofErr w:type="spellEnd"/>
      <w:r>
        <w:t xml:space="preserve"> des </w:t>
      </w:r>
      <w:proofErr w:type="spellStart"/>
      <w:r>
        <w:t>tournées</w:t>
      </w:r>
      <w:proofErr w:type="spellEnd"/>
      <w:r>
        <w:t xml:space="preserve"> de livraison pour </w:t>
      </w:r>
      <w:proofErr w:type="spellStart"/>
      <w:r>
        <w:t>réduire</w:t>
      </w:r>
      <w:proofErr w:type="spellEnd"/>
      <w:r>
        <w:t xml:space="preserve"> les </w:t>
      </w:r>
      <w:proofErr w:type="spellStart"/>
      <w:r>
        <w:t>kilomètres</w:t>
      </w:r>
      <w:proofErr w:type="spellEnd"/>
      <w:r>
        <w:t xml:space="preserve"> </w:t>
      </w:r>
      <w:proofErr w:type="spellStart"/>
      <w:r>
        <w:t>parcourus</w:t>
      </w:r>
      <w:proofErr w:type="spellEnd"/>
      <w:r>
        <w:t xml:space="preserve"> (</w:t>
      </w:r>
      <w:proofErr w:type="spellStart"/>
      <w:r>
        <w:t>depuis</w:t>
      </w:r>
      <w:proofErr w:type="spellEnd"/>
      <w:r>
        <w:t xml:space="preserve"> 18 </w:t>
      </w:r>
      <w:proofErr w:type="spellStart"/>
      <w:r>
        <w:t>mois</w:t>
      </w:r>
      <w:proofErr w:type="spellEnd"/>
      <w:r>
        <w:t>)</w:t>
      </w:r>
    </w:p>
    <w:p w14:paraId="1EAF20CC" w14:textId="77777777" w:rsidR="00E9465B" w:rsidRDefault="00E9465B" w:rsidP="00807BD4">
      <w:pPr>
        <w:pStyle w:val="Listepuces"/>
        <w:numPr>
          <w:ilvl w:val="0"/>
          <w:numId w:val="0"/>
        </w:numPr>
      </w:pPr>
      <w:r>
        <w:t xml:space="preserve">→ Un </w:t>
      </w:r>
      <w:proofErr w:type="spellStart"/>
      <w:r>
        <w:t>logiciel</w:t>
      </w:r>
      <w:proofErr w:type="spellEnd"/>
      <w:r>
        <w:t xml:space="preserve"> </w:t>
      </w:r>
      <w:proofErr w:type="spellStart"/>
      <w:r>
        <w:t>calcule</w:t>
      </w:r>
      <w:proofErr w:type="spellEnd"/>
      <w:r>
        <w:t xml:space="preserve"> les </w:t>
      </w:r>
      <w:proofErr w:type="spellStart"/>
      <w:r>
        <w:t>itinéraires</w:t>
      </w:r>
      <w:proofErr w:type="spellEnd"/>
      <w:r>
        <w:t xml:space="preserve"> les plus courts</w:t>
      </w:r>
    </w:p>
    <w:p w14:paraId="2BA91598" w14:textId="77777777" w:rsidR="00E9465B" w:rsidRDefault="00E9465B" w:rsidP="00807BD4">
      <w:pPr>
        <w:pStyle w:val="Listepuces"/>
        <w:numPr>
          <w:ilvl w:val="0"/>
          <w:numId w:val="0"/>
        </w:numPr>
      </w:pPr>
      <w:r>
        <w:t xml:space="preserve">→ </w:t>
      </w:r>
      <w:proofErr w:type="spellStart"/>
      <w:r>
        <w:t>Remplacement</w:t>
      </w:r>
      <w:proofErr w:type="spellEnd"/>
      <w:r>
        <w:t xml:space="preserve"> </w:t>
      </w:r>
      <w:proofErr w:type="spellStart"/>
      <w:r>
        <w:t>progressif</w:t>
      </w:r>
      <w:proofErr w:type="spellEnd"/>
      <w:r>
        <w:t xml:space="preserve"> de 30% de la </w:t>
      </w:r>
      <w:proofErr w:type="spellStart"/>
      <w:r>
        <w:t>flotte</w:t>
      </w:r>
      <w:proofErr w:type="spellEnd"/>
      <w:r>
        <w:t xml:space="preserve"> par des </w:t>
      </w:r>
      <w:proofErr w:type="spellStart"/>
      <w:r>
        <w:t>véhicules</w:t>
      </w:r>
      <w:proofErr w:type="spellEnd"/>
      <w:r>
        <w:t xml:space="preserve"> </w:t>
      </w:r>
      <w:proofErr w:type="spellStart"/>
      <w:r>
        <w:t>électriques</w:t>
      </w:r>
      <w:proofErr w:type="spellEnd"/>
      <w:r>
        <w:t xml:space="preserve"> </w:t>
      </w:r>
      <w:proofErr w:type="spellStart"/>
      <w:r>
        <w:t>ou</w:t>
      </w:r>
      <w:proofErr w:type="spellEnd"/>
      <w:r>
        <w:t xml:space="preserve"> </w:t>
      </w:r>
      <w:proofErr w:type="spellStart"/>
      <w:r>
        <w:t>hybrides</w:t>
      </w:r>
      <w:proofErr w:type="spellEnd"/>
      <w:r>
        <w:t xml:space="preserve"> (</w:t>
      </w:r>
      <w:proofErr w:type="spellStart"/>
      <w:r>
        <w:t>en</w:t>
      </w:r>
      <w:proofErr w:type="spellEnd"/>
      <w:r>
        <w:t xml:space="preserve"> </w:t>
      </w:r>
      <w:proofErr w:type="spellStart"/>
      <w:r>
        <w:t>cours</w:t>
      </w:r>
      <w:proofErr w:type="spellEnd"/>
      <w:r>
        <w:t>)</w:t>
      </w:r>
    </w:p>
    <w:p w14:paraId="0315C595" w14:textId="77777777" w:rsidR="00E9465B" w:rsidRDefault="00E9465B" w:rsidP="00807BD4">
      <w:pPr>
        <w:pStyle w:val="Listepuces"/>
        <w:numPr>
          <w:ilvl w:val="0"/>
          <w:numId w:val="0"/>
        </w:numPr>
      </w:pPr>
      <w:r>
        <w:t xml:space="preserve">→ Installation de </w:t>
      </w:r>
      <w:proofErr w:type="spellStart"/>
      <w:r>
        <w:t>panneaux</w:t>
      </w:r>
      <w:proofErr w:type="spellEnd"/>
      <w:r>
        <w:t xml:space="preserve"> </w:t>
      </w:r>
      <w:proofErr w:type="spellStart"/>
      <w:r>
        <w:t>solaires</w:t>
      </w:r>
      <w:proofErr w:type="spellEnd"/>
      <w:r>
        <w:t xml:space="preserve"> sur le </w:t>
      </w:r>
      <w:proofErr w:type="spellStart"/>
      <w:r>
        <w:t>toit</w:t>
      </w:r>
      <w:proofErr w:type="spellEnd"/>
      <w:r>
        <w:t xml:space="preserve"> de </w:t>
      </w:r>
      <w:proofErr w:type="spellStart"/>
      <w:r>
        <w:t>l'entrepôt</w:t>
      </w:r>
      <w:proofErr w:type="spellEnd"/>
      <w:r>
        <w:t xml:space="preserve"> (</w:t>
      </w:r>
      <w:proofErr w:type="spellStart"/>
      <w:r>
        <w:t>projet</w:t>
      </w:r>
      <w:proofErr w:type="spellEnd"/>
      <w:r>
        <w:t xml:space="preserve"> </w:t>
      </w:r>
      <w:proofErr w:type="spellStart"/>
      <w:r>
        <w:t>finalisé</w:t>
      </w:r>
      <w:proofErr w:type="spellEnd"/>
      <w:r>
        <w:t xml:space="preserve"> </w:t>
      </w:r>
      <w:proofErr w:type="spellStart"/>
      <w:r>
        <w:t>l'an</w:t>
      </w:r>
      <w:proofErr w:type="spellEnd"/>
      <w:r>
        <w:t xml:space="preserve"> dernier)</w:t>
      </w:r>
    </w:p>
    <w:p w14:paraId="75498712" w14:textId="77777777" w:rsidR="00E9465B" w:rsidRDefault="00E9465B" w:rsidP="00807BD4"/>
    <w:p w14:paraId="20CFA23F" w14:textId="77777777" w:rsidR="00E9465B" w:rsidRPr="00807BD4" w:rsidRDefault="00E9465B" w:rsidP="00E9465B">
      <w:pPr>
        <w:rPr>
          <w:b/>
          <w:bCs/>
          <w:i/>
          <w:iCs/>
        </w:rPr>
      </w:pPr>
      <w:r w:rsidRPr="00807BD4">
        <w:rPr>
          <w:b/>
          <w:bCs/>
          <w:i/>
          <w:iCs/>
        </w:rPr>
        <w:t xml:space="preserve">Mais </w:t>
      </w:r>
      <w:proofErr w:type="spellStart"/>
      <w:r w:rsidRPr="00807BD4">
        <w:rPr>
          <w:b/>
          <w:bCs/>
          <w:i/>
          <w:iCs/>
        </w:rPr>
        <w:t>quand</w:t>
      </w:r>
      <w:proofErr w:type="spellEnd"/>
      <w:r w:rsidRPr="00807BD4">
        <w:rPr>
          <w:b/>
          <w:bCs/>
          <w:i/>
          <w:iCs/>
        </w:rPr>
        <w:t xml:space="preserve"> vous </w:t>
      </w:r>
      <w:proofErr w:type="spellStart"/>
      <w:r w:rsidRPr="00807BD4">
        <w:rPr>
          <w:b/>
          <w:bCs/>
          <w:i/>
          <w:iCs/>
        </w:rPr>
        <w:t>interrogez</w:t>
      </w:r>
      <w:proofErr w:type="spellEnd"/>
      <w:r w:rsidRPr="00807BD4">
        <w:rPr>
          <w:b/>
          <w:bCs/>
          <w:i/>
          <w:iCs/>
        </w:rPr>
        <w:t xml:space="preserve"> les </w:t>
      </w:r>
      <w:proofErr w:type="spellStart"/>
      <w:r w:rsidRPr="00807BD4">
        <w:rPr>
          <w:b/>
          <w:bCs/>
          <w:i/>
          <w:iCs/>
        </w:rPr>
        <w:t>salariés</w:t>
      </w:r>
      <w:proofErr w:type="spellEnd"/>
      <w:r w:rsidRPr="00807BD4">
        <w:rPr>
          <w:b/>
          <w:bCs/>
          <w:i/>
          <w:iCs/>
        </w:rPr>
        <w:t xml:space="preserve"> :</w:t>
      </w:r>
    </w:p>
    <w:p w14:paraId="58901A3C" w14:textId="77777777" w:rsidR="00E9465B" w:rsidRDefault="00E9465B" w:rsidP="00E9465B">
      <w:r>
        <w:t>"</w:t>
      </w:r>
      <w:proofErr w:type="spellStart"/>
      <w:r>
        <w:t>C'est</w:t>
      </w:r>
      <w:proofErr w:type="spellEnd"/>
      <w:r>
        <w:t xml:space="preserve"> la direction qui a </w:t>
      </w:r>
      <w:proofErr w:type="spellStart"/>
      <w:r>
        <w:t>décidé</w:t>
      </w:r>
      <w:proofErr w:type="spellEnd"/>
      <w:r>
        <w:t xml:space="preserve"> </w:t>
      </w:r>
      <w:proofErr w:type="spellStart"/>
      <w:r>
        <w:t>ça</w:t>
      </w:r>
      <w:proofErr w:type="spellEnd"/>
      <w:r>
        <w:t xml:space="preserve">. Nous, on applique. Le tri ? Ben </w:t>
      </w:r>
      <w:proofErr w:type="spellStart"/>
      <w:r>
        <w:t>oui</w:t>
      </w:r>
      <w:proofErr w:type="spellEnd"/>
      <w:r>
        <w:t xml:space="preserve">, </w:t>
      </w:r>
      <w:proofErr w:type="spellStart"/>
      <w:r>
        <w:t>y'a</w:t>
      </w:r>
      <w:proofErr w:type="spellEnd"/>
      <w:r>
        <w:t xml:space="preserve"> les </w:t>
      </w:r>
      <w:proofErr w:type="spellStart"/>
      <w:r>
        <w:t>poubelles</w:t>
      </w:r>
      <w:proofErr w:type="spellEnd"/>
      <w:r>
        <w:t xml:space="preserve"> </w:t>
      </w:r>
      <w:proofErr w:type="spellStart"/>
      <w:r>
        <w:t>donc</w:t>
      </w:r>
      <w:proofErr w:type="spellEnd"/>
      <w:r>
        <w:t xml:space="preserve"> on </w:t>
      </w:r>
      <w:proofErr w:type="spellStart"/>
      <w:r>
        <w:t>trie</w:t>
      </w:r>
      <w:proofErr w:type="spellEnd"/>
      <w:r>
        <w:t xml:space="preserve">. Les camions </w:t>
      </w:r>
      <w:proofErr w:type="spellStart"/>
      <w:r>
        <w:t>électriques</w:t>
      </w:r>
      <w:proofErr w:type="spellEnd"/>
      <w:r>
        <w:t xml:space="preserve"> ? On les conduit, </w:t>
      </w:r>
      <w:proofErr w:type="spellStart"/>
      <w:r>
        <w:t>c'est</w:t>
      </w:r>
      <w:proofErr w:type="spellEnd"/>
      <w:r>
        <w:t xml:space="preserve"> tout. Mais </w:t>
      </w:r>
      <w:proofErr w:type="spellStart"/>
      <w:r>
        <w:t>c'est</w:t>
      </w:r>
      <w:proofErr w:type="spellEnd"/>
      <w:r>
        <w:t xml:space="preserve"> pas </w:t>
      </w:r>
      <w:proofErr w:type="spellStart"/>
      <w:r>
        <w:t>lié</w:t>
      </w:r>
      <w:proofErr w:type="spellEnd"/>
      <w:r>
        <w:t xml:space="preserve"> aux affiches RSE </w:t>
      </w:r>
      <w:proofErr w:type="spellStart"/>
      <w:r>
        <w:t>hein</w:t>
      </w:r>
      <w:proofErr w:type="spellEnd"/>
      <w:r>
        <w:t xml:space="preserve">, </w:t>
      </w:r>
      <w:proofErr w:type="spellStart"/>
      <w:r>
        <w:t>c'est</w:t>
      </w:r>
      <w:proofErr w:type="spellEnd"/>
      <w:r>
        <w:t xml:space="preserve"> </w:t>
      </w:r>
      <w:proofErr w:type="spellStart"/>
      <w:r>
        <w:t>juste</w:t>
      </w:r>
      <w:proofErr w:type="spellEnd"/>
      <w:r>
        <w:t xml:space="preserve"> </w:t>
      </w:r>
      <w:proofErr w:type="spellStart"/>
      <w:r>
        <w:t>que</w:t>
      </w:r>
      <w:proofErr w:type="spellEnd"/>
      <w:r>
        <w:t xml:space="preserve"> </w:t>
      </w:r>
      <w:proofErr w:type="spellStart"/>
      <w:r>
        <w:t>ça</w:t>
      </w:r>
      <w:proofErr w:type="spellEnd"/>
      <w:r>
        <w:t xml:space="preserve"> </w:t>
      </w:r>
      <w:proofErr w:type="spellStart"/>
      <w:r>
        <w:t>coûte</w:t>
      </w:r>
      <w:proofErr w:type="spellEnd"/>
      <w:r>
        <w:t xml:space="preserve"> </w:t>
      </w:r>
      <w:proofErr w:type="spellStart"/>
      <w:r>
        <w:t>moins</w:t>
      </w:r>
      <w:proofErr w:type="spellEnd"/>
      <w:r>
        <w:t xml:space="preserve"> </w:t>
      </w:r>
      <w:proofErr w:type="spellStart"/>
      <w:r>
        <w:t>cher</w:t>
      </w:r>
      <w:proofErr w:type="spellEnd"/>
      <w:r>
        <w:t xml:space="preserve"> </w:t>
      </w:r>
      <w:proofErr w:type="spellStart"/>
      <w:r>
        <w:t>en</w:t>
      </w:r>
      <w:proofErr w:type="spellEnd"/>
      <w:r>
        <w:t xml:space="preserve"> </w:t>
      </w:r>
      <w:proofErr w:type="spellStart"/>
      <w:r>
        <w:t>électricité</w:t>
      </w:r>
      <w:proofErr w:type="spellEnd"/>
      <w:r>
        <w:t>."</w:t>
      </w:r>
    </w:p>
    <w:p w14:paraId="4887E2B2" w14:textId="77777777" w:rsidR="00807BD4" w:rsidRDefault="00807BD4" w:rsidP="00E9465B"/>
    <w:p w14:paraId="311358E4" w14:textId="1D1BA4A4" w:rsidR="00E9465B" w:rsidRPr="00807BD4" w:rsidRDefault="00E9465B" w:rsidP="00E9465B">
      <w:pPr>
        <w:rPr>
          <w:b/>
          <w:bCs/>
          <w:color w:val="EE0000"/>
        </w:rPr>
      </w:pPr>
      <w:r w:rsidRPr="00807BD4">
        <w:rPr>
          <w:b/>
          <w:bCs/>
          <w:color w:val="EE0000"/>
        </w:rPr>
        <w:t>VOTRE MISSION EN 3 ÉTAPES</w:t>
      </w:r>
    </w:p>
    <w:p w14:paraId="4E45F64C" w14:textId="77777777" w:rsidR="00E9465B" w:rsidRDefault="00E9465B" w:rsidP="00E9465B"/>
    <w:p w14:paraId="6D06A8C9" w14:textId="77777777" w:rsidR="00E9465B" w:rsidRDefault="00E9465B" w:rsidP="00E9465B">
      <w:pPr>
        <w:pStyle w:val="Titre2"/>
      </w:pPr>
      <w:r>
        <w:t>ÉTAPE 1 : LISTEZ LES TENSIONS ET PARADOXES (10 minutes)</w:t>
      </w:r>
    </w:p>
    <w:p w14:paraId="3386056E" w14:textId="77777777" w:rsidR="00E9465B" w:rsidRDefault="00E9465B" w:rsidP="00E9465B"/>
    <w:p w14:paraId="378B21B5" w14:textId="77777777" w:rsidR="00E9465B" w:rsidRDefault="00E9465B" w:rsidP="00E9465B">
      <w:proofErr w:type="spellStart"/>
      <w:r>
        <w:t>Individuellement</w:t>
      </w:r>
      <w:proofErr w:type="spellEnd"/>
      <w:r>
        <w:t xml:space="preserve"> </w:t>
      </w:r>
      <w:proofErr w:type="spellStart"/>
      <w:r>
        <w:t>d'abord</w:t>
      </w:r>
      <w:proofErr w:type="spellEnd"/>
      <w:r>
        <w:t xml:space="preserve">, </w:t>
      </w:r>
      <w:proofErr w:type="spellStart"/>
      <w:r>
        <w:t>puis</w:t>
      </w:r>
      <w:proofErr w:type="spellEnd"/>
      <w:r>
        <w:t xml:space="preserve"> mise </w:t>
      </w:r>
      <w:proofErr w:type="spellStart"/>
      <w:r>
        <w:t>en</w:t>
      </w:r>
      <w:proofErr w:type="spellEnd"/>
      <w:r>
        <w:t xml:space="preserve"> </w:t>
      </w:r>
      <w:proofErr w:type="spellStart"/>
      <w:r>
        <w:t>commun</w:t>
      </w:r>
      <w:proofErr w:type="spellEnd"/>
      <w:r>
        <w:t xml:space="preserve"> </w:t>
      </w:r>
      <w:proofErr w:type="spellStart"/>
      <w:r>
        <w:t>en</w:t>
      </w:r>
      <w:proofErr w:type="spellEnd"/>
      <w:r>
        <w:t xml:space="preserve"> </w:t>
      </w:r>
      <w:proofErr w:type="spellStart"/>
      <w:r>
        <w:t>groupe</w:t>
      </w:r>
      <w:proofErr w:type="spellEnd"/>
      <w:r>
        <w:t>.</w:t>
      </w:r>
    </w:p>
    <w:p w14:paraId="6F98E0F0" w14:textId="77777777" w:rsidR="00E9465B" w:rsidRDefault="00E9465B" w:rsidP="00E9465B"/>
    <w:p w14:paraId="56FA3C44" w14:textId="77777777" w:rsidR="00E9465B" w:rsidRDefault="00E9465B" w:rsidP="00E9465B">
      <w:proofErr w:type="spellStart"/>
      <w:r>
        <w:t>Quelles</w:t>
      </w:r>
      <w:proofErr w:type="spellEnd"/>
      <w:r>
        <w:t xml:space="preserve"> tensions </w:t>
      </w:r>
      <w:proofErr w:type="spellStart"/>
      <w:r>
        <w:t>ou</w:t>
      </w:r>
      <w:proofErr w:type="spellEnd"/>
      <w:r>
        <w:t xml:space="preserve"> paradoxes </w:t>
      </w:r>
      <w:proofErr w:type="spellStart"/>
      <w:r>
        <w:t>identifiez</w:t>
      </w:r>
      <w:proofErr w:type="spellEnd"/>
      <w:r>
        <w:t xml:space="preserve">-vous dans </w:t>
      </w:r>
      <w:proofErr w:type="spellStart"/>
      <w:r>
        <w:t>cette</w:t>
      </w:r>
      <w:proofErr w:type="spellEnd"/>
      <w:r>
        <w:t xml:space="preserve"> situation ?</w:t>
      </w:r>
    </w:p>
    <w:p w14:paraId="58E6D7E4" w14:textId="77777777" w:rsidR="00E9465B" w:rsidRDefault="00E9465B" w:rsidP="00E9465B"/>
    <w:p w14:paraId="2AF521D7" w14:textId="77777777" w:rsidR="00E9465B" w:rsidRDefault="00E9465B" w:rsidP="00E9465B">
      <w:r>
        <w:t>1. _______________________________________________________________</w:t>
      </w:r>
    </w:p>
    <w:p w14:paraId="1920110C" w14:textId="77777777" w:rsidR="00E9465B" w:rsidRDefault="00E9465B" w:rsidP="00E9465B"/>
    <w:p w14:paraId="7E3AA7F6" w14:textId="77777777" w:rsidR="00E9465B" w:rsidRDefault="00E9465B" w:rsidP="00E9465B">
      <w:r>
        <w:t>2. _______________________________________________________________</w:t>
      </w:r>
    </w:p>
    <w:p w14:paraId="2B4A87D2" w14:textId="77777777" w:rsidR="00E9465B" w:rsidRDefault="00E9465B" w:rsidP="00E9465B"/>
    <w:p w14:paraId="65495C14" w14:textId="77777777" w:rsidR="00E9465B" w:rsidRDefault="00E9465B" w:rsidP="00E9465B">
      <w:r>
        <w:t>3. _______________________________________________________________</w:t>
      </w:r>
    </w:p>
    <w:p w14:paraId="4A5E4E78" w14:textId="77777777" w:rsidR="00E9465B" w:rsidRDefault="00E9465B" w:rsidP="00E9465B"/>
    <w:p w14:paraId="12269D03" w14:textId="77777777" w:rsidR="00E9465B" w:rsidRDefault="00E9465B" w:rsidP="00E9465B">
      <w:pPr>
        <w:pStyle w:val="Titre2"/>
      </w:pPr>
      <w:r>
        <w:t>ÉTAPE 2 : FORMULEZ 3 QUESTIONS "POURQUOI" OU "COMMENT" (15 minutes)</w:t>
      </w:r>
    </w:p>
    <w:p w14:paraId="6E623721" w14:textId="77777777" w:rsidR="00E9465B" w:rsidRDefault="00E9465B" w:rsidP="00E9465B"/>
    <w:p w14:paraId="48E9F249" w14:textId="77777777" w:rsidR="00E9465B" w:rsidRDefault="00E9465B" w:rsidP="00E9465B">
      <w:r>
        <w:t xml:space="preserve">En </w:t>
      </w:r>
      <w:proofErr w:type="spellStart"/>
      <w:r>
        <w:t>groupe</w:t>
      </w:r>
      <w:proofErr w:type="spellEnd"/>
      <w:r>
        <w:t xml:space="preserve">, </w:t>
      </w:r>
      <w:proofErr w:type="spellStart"/>
      <w:r>
        <w:t>formulez</w:t>
      </w:r>
      <w:proofErr w:type="spellEnd"/>
      <w:r>
        <w:t xml:space="preserve"> 3 questions de recherche </w:t>
      </w:r>
      <w:proofErr w:type="spellStart"/>
      <w:r>
        <w:t>différentes</w:t>
      </w:r>
      <w:proofErr w:type="spellEnd"/>
      <w:r>
        <w:t xml:space="preserve"> qui </w:t>
      </w:r>
      <w:proofErr w:type="spellStart"/>
      <w:r>
        <w:t>pourraient</w:t>
      </w:r>
      <w:proofErr w:type="spellEnd"/>
      <w:r>
        <w:t xml:space="preserve"> </w:t>
      </w:r>
      <w:proofErr w:type="spellStart"/>
      <w:r>
        <w:t>partir</w:t>
      </w:r>
      <w:proofErr w:type="spellEnd"/>
      <w:r>
        <w:t xml:space="preserve"> de </w:t>
      </w:r>
      <w:proofErr w:type="spellStart"/>
      <w:r>
        <w:t>ces</w:t>
      </w:r>
      <w:proofErr w:type="spellEnd"/>
      <w:r>
        <w:t xml:space="preserve"> observations. </w:t>
      </w:r>
      <w:proofErr w:type="spellStart"/>
      <w:r>
        <w:t>Explorez</w:t>
      </w:r>
      <w:proofErr w:type="spellEnd"/>
      <w:r>
        <w:t xml:space="preserve"> des angles </w:t>
      </w:r>
      <w:proofErr w:type="spellStart"/>
      <w:r>
        <w:t>variés</w:t>
      </w:r>
      <w:proofErr w:type="spellEnd"/>
      <w:r>
        <w:t>.</w:t>
      </w:r>
    </w:p>
    <w:p w14:paraId="5200B9C1" w14:textId="77777777" w:rsidR="00E9465B" w:rsidRDefault="00E9465B" w:rsidP="00E9465B"/>
    <w:p w14:paraId="00E2F5C9" w14:textId="77777777" w:rsidR="00E9465B" w:rsidRDefault="00E9465B" w:rsidP="00E9465B">
      <w:r>
        <w:t>QUESTION 1 :</w:t>
      </w:r>
    </w:p>
    <w:p w14:paraId="1DFBDD3D" w14:textId="77777777" w:rsidR="00E9465B" w:rsidRDefault="00E9465B" w:rsidP="00E9465B"/>
    <w:p w14:paraId="62632FFF" w14:textId="77777777" w:rsidR="00E9465B" w:rsidRDefault="00E9465B" w:rsidP="00E9465B">
      <w:r>
        <w:t>___________________________________________________________________</w:t>
      </w:r>
    </w:p>
    <w:p w14:paraId="12352FE1" w14:textId="77777777" w:rsidR="00E9465B" w:rsidRDefault="00E9465B" w:rsidP="00E9465B"/>
    <w:p w14:paraId="1D7A8BA1" w14:textId="77777777" w:rsidR="00E9465B" w:rsidRDefault="00E9465B" w:rsidP="00E9465B">
      <w:r>
        <w:t>___________________________________________________________________</w:t>
      </w:r>
    </w:p>
    <w:p w14:paraId="014B5E82" w14:textId="77777777" w:rsidR="00E9465B" w:rsidRDefault="00E9465B" w:rsidP="00E9465B"/>
    <w:p w14:paraId="7E0DC663" w14:textId="77777777" w:rsidR="00E9465B" w:rsidRDefault="00E9465B" w:rsidP="00E9465B">
      <w:r>
        <w:t>QUESTION 2 :</w:t>
      </w:r>
    </w:p>
    <w:p w14:paraId="7180B089" w14:textId="77777777" w:rsidR="00E9465B" w:rsidRDefault="00E9465B" w:rsidP="00E9465B"/>
    <w:p w14:paraId="6892DD26" w14:textId="77777777" w:rsidR="00E9465B" w:rsidRDefault="00E9465B" w:rsidP="00E9465B">
      <w:r>
        <w:t>___________________________________________________________________</w:t>
      </w:r>
    </w:p>
    <w:p w14:paraId="653AF217" w14:textId="77777777" w:rsidR="00E9465B" w:rsidRDefault="00E9465B" w:rsidP="00E9465B"/>
    <w:p w14:paraId="21663CCA" w14:textId="77777777" w:rsidR="00E9465B" w:rsidRDefault="00E9465B" w:rsidP="00E9465B">
      <w:r>
        <w:t>___________________________________________________________________</w:t>
      </w:r>
    </w:p>
    <w:p w14:paraId="6A36E274" w14:textId="77777777" w:rsidR="00E9465B" w:rsidRDefault="00E9465B" w:rsidP="00E9465B"/>
    <w:p w14:paraId="569A6A82" w14:textId="77777777" w:rsidR="00E9465B" w:rsidRDefault="00E9465B" w:rsidP="00E9465B"/>
    <w:p w14:paraId="7CF4EC6B" w14:textId="77777777" w:rsidR="00E9465B" w:rsidRDefault="00E9465B" w:rsidP="00E9465B">
      <w:r>
        <w:t>QUESTION 3 :</w:t>
      </w:r>
    </w:p>
    <w:p w14:paraId="5B1EB3FD" w14:textId="77777777" w:rsidR="00E9465B" w:rsidRDefault="00E9465B" w:rsidP="00E9465B"/>
    <w:p w14:paraId="43EBD923" w14:textId="77777777" w:rsidR="00E9465B" w:rsidRDefault="00E9465B" w:rsidP="00E9465B">
      <w:r>
        <w:t>___________________________________________________________________</w:t>
      </w:r>
    </w:p>
    <w:p w14:paraId="49F5E097" w14:textId="77777777" w:rsidR="00E9465B" w:rsidRDefault="00E9465B" w:rsidP="00E9465B"/>
    <w:p w14:paraId="23099C4C" w14:textId="77777777" w:rsidR="00E9465B" w:rsidRDefault="00E9465B" w:rsidP="00E9465B">
      <w:r>
        <w:t>___________________________________________________________________</w:t>
      </w:r>
    </w:p>
    <w:p w14:paraId="42BDD6DE" w14:textId="77777777" w:rsidR="00E9465B" w:rsidRDefault="00E9465B" w:rsidP="00E9465B"/>
    <w:p w14:paraId="1E1FF090" w14:textId="77777777" w:rsidR="00E9465B" w:rsidRDefault="00E9465B" w:rsidP="00E9465B">
      <w:pPr>
        <w:pStyle w:val="Titre2"/>
      </w:pPr>
      <w:r>
        <w:t>ÉTAPE 3 : TRANSFORMEZ UNE QUESTION EN PROBLÉMATIQUE DE MÉMOIRE (20 minutes)</w:t>
      </w:r>
    </w:p>
    <w:p w14:paraId="4A5C8713" w14:textId="77777777" w:rsidR="00E9465B" w:rsidRDefault="00E9465B" w:rsidP="00E9465B"/>
    <w:p w14:paraId="5AB6B7AC" w14:textId="77777777" w:rsidR="00E9465B" w:rsidRDefault="00E9465B" w:rsidP="00E9465B">
      <w:proofErr w:type="spellStart"/>
      <w:r>
        <w:t>Choisissez</w:t>
      </w:r>
      <w:proofErr w:type="spellEnd"/>
      <w:r>
        <w:t xml:space="preserve"> UNE de </w:t>
      </w:r>
      <w:proofErr w:type="spellStart"/>
      <w:r>
        <w:t>vos</w:t>
      </w:r>
      <w:proofErr w:type="spellEnd"/>
      <w:r>
        <w:t xml:space="preserve"> trois questions et </w:t>
      </w:r>
      <w:proofErr w:type="spellStart"/>
      <w:r>
        <w:t>développez</w:t>
      </w:r>
      <w:proofErr w:type="spellEnd"/>
      <w:r>
        <w:t xml:space="preserve">-la </w:t>
      </w:r>
      <w:proofErr w:type="spellStart"/>
      <w:r>
        <w:t>en</w:t>
      </w:r>
      <w:proofErr w:type="spellEnd"/>
      <w:r>
        <w:t xml:space="preserve"> </w:t>
      </w:r>
      <w:proofErr w:type="spellStart"/>
      <w:r>
        <w:t>problématique</w:t>
      </w:r>
      <w:proofErr w:type="spellEnd"/>
      <w:r>
        <w:t xml:space="preserve"> </w:t>
      </w:r>
      <w:proofErr w:type="spellStart"/>
      <w:r>
        <w:t>complète</w:t>
      </w:r>
      <w:proofErr w:type="spellEnd"/>
      <w:r>
        <w:t>.</w:t>
      </w:r>
    </w:p>
    <w:p w14:paraId="2EB11E2C" w14:textId="77777777" w:rsidR="00E9465B" w:rsidRDefault="00E9465B" w:rsidP="00E9465B"/>
    <w:p w14:paraId="5BDF4BE9" w14:textId="77777777" w:rsidR="00E9465B" w:rsidRDefault="00E9465B" w:rsidP="00E9465B">
      <w:r>
        <w:t>QUESTION CHOISIE : n° ______</w:t>
      </w:r>
    </w:p>
    <w:p w14:paraId="206FFFE4" w14:textId="77777777" w:rsidR="00E9465B" w:rsidRDefault="00E9465B" w:rsidP="00E9465B"/>
    <w:p w14:paraId="03B883EE" w14:textId="77777777" w:rsidR="00E9465B" w:rsidRDefault="00E9465B" w:rsidP="00E9465B">
      <w:proofErr w:type="spellStart"/>
      <w:r>
        <w:t>Pourquoi</w:t>
      </w:r>
      <w:proofErr w:type="spellEnd"/>
      <w:r>
        <w:t xml:space="preserve"> </w:t>
      </w:r>
      <w:proofErr w:type="spellStart"/>
      <w:r>
        <w:t>avoir</w:t>
      </w:r>
      <w:proofErr w:type="spellEnd"/>
      <w:r>
        <w:t xml:space="preserve"> </w:t>
      </w:r>
      <w:proofErr w:type="spellStart"/>
      <w:r>
        <w:t>choisi</w:t>
      </w:r>
      <w:proofErr w:type="spellEnd"/>
      <w:r>
        <w:t xml:space="preserve"> </w:t>
      </w:r>
      <w:proofErr w:type="spellStart"/>
      <w:r>
        <w:t>celle</w:t>
      </w:r>
      <w:proofErr w:type="spellEnd"/>
      <w:r>
        <w:t>-ci ?</w:t>
      </w:r>
    </w:p>
    <w:p w14:paraId="58A9FA7B" w14:textId="77777777" w:rsidR="00E9465B" w:rsidRDefault="00E9465B" w:rsidP="00E9465B"/>
    <w:p w14:paraId="0BFB234B" w14:textId="77777777" w:rsidR="00E9465B" w:rsidRDefault="00E9465B" w:rsidP="00E9465B">
      <w:r>
        <w:t>___________________________________________________________________</w:t>
      </w:r>
    </w:p>
    <w:p w14:paraId="3C85A939" w14:textId="77777777" w:rsidR="00E9465B" w:rsidRDefault="00E9465B" w:rsidP="00E9465B"/>
    <w:p w14:paraId="6EB9B34A" w14:textId="77777777" w:rsidR="00E9465B" w:rsidRDefault="00E9465B" w:rsidP="00E9465B">
      <w:r>
        <w:t>___________________________________________________________________</w:t>
      </w:r>
    </w:p>
    <w:p w14:paraId="652017F0" w14:textId="77777777" w:rsidR="00E9465B" w:rsidRDefault="00E9465B" w:rsidP="00E9465B"/>
    <w:p w14:paraId="1B434E59" w14:textId="77777777" w:rsidR="00E9465B" w:rsidRDefault="00E9465B" w:rsidP="00E9465B"/>
    <w:p w14:paraId="00215EFD" w14:textId="77777777" w:rsidR="00E9465B" w:rsidRDefault="00E9465B" w:rsidP="00E9465B">
      <w:r>
        <w:t>PROBLÉMATIQUE FINALE DÉVELOPPÉE :</w:t>
      </w:r>
    </w:p>
    <w:p w14:paraId="1B45BB4C" w14:textId="77777777" w:rsidR="00E9465B" w:rsidRDefault="00E9465B" w:rsidP="00E9465B"/>
    <w:p w14:paraId="5D2F0C9B" w14:textId="77777777" w:rsidR="00E9465B" w:rsidRDefault="00E9465B" w:rsidP="00E9465B">
      <w:r>
        <w:t>___________________________________________________________________</w:t>
      </w:r>
    </w:p>
    <w:p w14:paraId="71036ECC" w14:textId="77777777" w:rsidR="00E9465B" w:rsidRDefault="00E9465B" w:rsidP="00E9465B"/>
    <w:p w14:paraId="2BBE75CE" w14:textId="77777777" w:rsidR="00E9465B" w:rsidRDefault="00E9465B" w:rsidP="00E9465B">
      <w:r>
        <w:t>___________________________________________________________________</w:t>
      </w:r>
    </w:p>
    <w:p w14:paraId="44BA36AE" w14:textId="77777777" w:rsidR="00E9465B" w:rsidRDefault="00E9465B" w:rsidP="00E9465B"/>
    <w:p w14:paraId="36D078B2" w14:textId="77777777" w:rsidR="00E9465B" w:rsidRDefault="00E9465B" w:rsidP="00E9465B">
      <w:r>
        <w:t>___________________________________________________________________</w:t>
      </w:r>
    </w:p>
    <w:p w14:paraId="76B30314" w14:textId="77777777" w:rsidR="00E9465B" w:rsidRDefault="00E9465B" w:rsidP="00E9465B"/>
    <w:p w14:paraId="4C89FBDE" w14:textId="77777777" w:rsidR="00E9465B" w:rsidRDefault="00E9465B" w:rsidP="00E9465B">
      <w:r>
        <w:t>___________________________________________________________________</w:t>
      </w:r>
    </w:p>
    <w:p w14:paraId="6490592D" w14:textId="77777777" w:rsidR="00E9465B" w:rsidRDefault="00E9465B" w:rsidP="00E9465B"/>
    <w:p w14:paraId="10B9F1E9" w14:textId="77777777" w:rsidR="00E9465B" w:rsidRDefault="00E9465B" w:rsidP="00E9465B">
      <w:r>
        <w:t>___________________________________________________________________</w:t>
      </w:r>
    </w:p>
    <w:p w14:paraId="3AB911B7" w14:textId="77777777" w:rsidR="00807BD4" w:rsidRDefault="00807BD4" w:rsidP="00E9465B"/>
    <w:p w14:paraId="35AF8145" w14:textId="2010AC92" w:rsidR="00E9465B" w:rsidRDefault="00E9465B" w:rsidP="00E9465B">
      <w:r>
        <w:t xml:space="preserve">MÉTHODOLOGIE ENVISAGEABLE (comment </w:t>
      </w:r>
      <w:proofErr w:type="spellStart"/>
      <w:r>
        <w:t>enquêteriez</w:t>
      </w:r>
      <w:proofErr w:type="spellEnd"/>
      <w:r>
        <w:t>-vous ?) :</w:t>
      </w:r>
    </w:p>
    <w:p w14:paraId="28FF0D62" w14:textId="77777777" w:rsidR="00E9465B" w:rsidRDefault="00E9465B" w:rsidP="00E9465B"/>
    <w:p w14:paraId="5BB12FDB" w14:textId="77777777" w:rsidR="00E9465B" w:rsidRDefault="00E9465B" w:rsidP="00E9465B">
      <w:r>
        <w:t>___________________________________________________________________</w:t>
      </w:r>
    </w:p>
    <w:p w14:paraId="3785DACC" w14:textId="77777777" w:rsidR="00E9465B" w:rsidRDefault="00E9465B" w:rsidP="00E9465B"/>
    <w:p w14:paraId="25278FB7" w14:textId="77777777" w:rsidR="00E9465B" w:rsidRDefault="00E9465B" w:rsidP="00E9465B">
      <w:r>
        <w:t>___________________________________________________________________</w:t>
      </w:r>
    </w:p>
    <w:p w14:paraId="79C11D85" w14:textId="77777777" w:rsidR="00E9465B" w:rsidRDefault="00E9465B" w:rsidP="00E9465B"/>
    <w:p w14:paraId="00966072" w14:textId="77777777" w:rsidR="00E9465B" w:rsidRDefault="00E9465B" w:rsidP="00E9465B">
      <w:r>
        <w:t>___________________________________________________________________</w:t>
      </w:r>
    </w:p>
    <w:p w14:paraId="23FEA2E6" w14:textId="77777777" w:rsidR="00E9465B" w:rsidRDefault="00E9465B" w:rsidP="00E9465B"/>
    <w:p w14:paraId="7ABC0ED8" w14:textId="77777777" w:rsidR="00E9465B" w:rsidRDefault="00E9465B" w:rsidP="00E9465B"/>
    <w:p w14:paraId="1B927024" w14:textId="77777777" w:rsidR="00E9465B" w:rsidRDefault="00E9465B" w:rsidP="00E9465B">
      <w:r>
        <w:t>TERRAIN DÉLIMITÉ (</w:t>
      </w:r>
      <w:proofErr w:type="spellStart"/>
      <w:r>
        <w:t>où</w:t>
      </w:r>
      <w:proofErr w:type="spellEnd"/>
      <w:r>
        <w:t xml:space="preserve"> ? qui ? </w:t>
      </w:r>
      <w:proofErr w:type="spellStart"/>
      <w:r>
        <w:t>combien</w:t>
      </w:r>
      <w:proofErr w:type="spellEnd"/>
      <w:r>
        <w:t xml:space="preserve"> ?) :</w:t>
      </w:r>
    </w:p>
    <w:p w14:paraId="5BE4D417" w14:textId="77777777" w:rsidR="00E9465B" w:rsidRDefault="00E9465B" w:rsidP="00E9465B"/>
    <w:p w14:paraId="74A96D57" w14:textId="77777777" w:rsidR="00E9465B" w:rsidRDefault="00E9465B" w:rsidP="00E9465B">
      <w:r>
        <w:t>___________________________________________________________________</w:t>
      </w:r>
    </w:p>
    <w:p w14:paraId="22D48D88" w14:textId="77777777" w:rsidR="00E9465B" w:rsidRDefault="00E9465B" w:rsidP="00E9465B"/>
    <w:p w14:paraId="4F4655AD" w14:textId="77777777" w:rsidR="00E9465B" w:rsidRDefault="00E9465B" w:rsidP="00E9465B">
      <w:r>
        <w:t>___________________________________________________________________</w:t>
      </w:r>
    </w:p>
    <w:p w14:paraId="58519B53" w14:textId="77777777" w:rsidR="00E9465B" w:rsidRDefault="00E9465B" w:rsidP="00E9465B"/>
    <w:p w14:paraId="4DC091F3" w14:textId="77777777" w:rsidR="00E9465B" w:rsidRDefault="00E9465B" w:rsidP="00E9465B">
      <w:r>
        <w:t>___________________________________________________________________</w:t>
      </w:r>
    </w:p>
    <w:p w14:paraId="6FABE619" w14:textId="77777777" w:rsidR="00E9465B" w:rsidRDefault="00E9465B" w:rsidP="00E9465B"/>
    <w:p w14:paraId="17D33341" w14:textId="77777777" w:rsidR="00E9465B" w:rsidRPr="00807BD4" w:rsidRDefault="00E9465B" w:rsidP="00E9465B">
      <w:pPr>
        <w:rPr>
          <w:b/>
          <w:bCs/>
          <w:color w:val="EE0000"/>
        </w:rPr>
      </w:pPr>
      <w:r w:rsidRPr="00807BD4">
        <w:rPr>
          <w:b/>
          <w:bCs/>
          <w:color w:val="EE0000"/>
        </w:rPr>
        <w:t>PRÉPAREZ VOTRE PRÉSENTATION ORALE (3 minutes max)</w:t>
      </w:r>
    </w:p>
    <w:p w14:paraId="75941ABB" w14:textId="77777777" w:rsidR="00E9465B" w:rsidRDefault="00E9465B" w:rsidP="00E9465B">
      <w:proofErr w:type="spellStart"/>
      <w:r>
        <w:t>Votre</w:t>
      </w:r>
      <w:proofErr w:type="spellEnd"/>
      <w:r>
        <w:t xml:space="preserve"> </w:t>
      </w:r>
      <w:proofErr w:type="spellStart"/>
      <w:r>
        <w:t>groupe</w:t>
      </w:r>
      <w:proofErr w:type="spellEnd"/>
      <w:r>
        <w:t xml:space="preserve"> </w:t>
      </w:r>
      <w:proofErr w:type="spellStart"/>
      <w:r>
        <w:t>va</w:t>
      </w:r>
      <w:proofErr w:type="spellEnd"/>
      <w:r>
        <w:t xml:space="preserve"> </w:t>
      </w:r>
      <w:proofErr w:type="spellStart"/>
      <w:r>
        <w:t>présenter</w:t>
      </w:r>
      <w:proofErr w:type="spellEnd"/>
      <w:r>
        <w:t xml:space="preserve"> au </w:t>
      </w:r>
      <w:proofErr w:type="spellStart"/>
      <w:r>
        <w:t>reste</w:t>
      </w:r>
      <w:proofErr w:type="spellEnd"/>
      <w:r>
        <w:t xml:space="preserve"> de la </w:t>
      </w:r>
      <w:proofErr w:type="spellStart"/>
      <w:r>
        <w:t>classe</w:t>
      </w:r>
      <w:proofErr w:type="spellEnd"/>
      <w:r>
        <w:t xml:space="preserve"> :</w:t>
      </w:r>
    </w:p>
    <w:p w14:paraId="4DD274D7" w14:textId="77777777" w:rsidR="00E9465B" w:rsidRDefault="00E9465B" w:rsidP="00E9465B">
      <w:r>
        <w:t xml:space="preserve">1. Le </w:t>
      </w:r>
      <w:proofErr w:type="spellStart"/>
      <w:r>
        <w:t>paradoxe</w:t>
      </w:r>
      <w:proofErr w:type="spellEnd"/>
      <w:r>
        <w:t xml:space="preserve"> principal </w:t>
      </w:r>
      <w:proofErr w:type="spellStart"/>
      <w:r>
        <w:t>identifié</w:t>
      </w:r>
      <w:proofErr w:type="spellEnd"/>
    </w:p>
    <w:p w14:paraId="1DD92E28" w14:textId="77777777" w:rsidR="00E9465B" w:rsidRDefault="00E9465B" w:rsidP="00E9465B">
      <w:r>
        <w:t xml:space="preserve">2. </w:t>
      </w:r>
      <w:proofErr w:type="spellStart"/>
      <w:r>
        <w:t>Votre</w:t>
      </w:r>
      <w:proofErr w:type="spellEnd"/>
      <w:r>
        <w:t xml:space="preserve"> </w:t>
      </w:r>
      <w:proofErr w:type="spellStart"/>
      <w:r>
        <w:t>problématique</w:t>
      </w:r>
      <w:proofErr w:type="spellEnd"/>
      <w:r>
        <w:t xml:space="preserve"> finale</w:t>
      </w:r>
    </w:p>
    <w:p w14:paraId="2FCC6409" w14:textId="77777777" w:rsidR="00E9465B" w:rsidRDefault="00E9465B" w:rsidP="00E9465B">
      <w:r>
        <w:t xml:space="preserve">3. </w:t>
      </w:r>
      <w:proofErr w:type="spellStart"/>
      <w:r>
        <w:t>Pourquoi</w:t>
      </w:r>
      <w:proofErr w:type="spellEnd"/>
      <w:r>
        <w:t xml:space="preserve"> </w:t>
      </w:r>
      <w:proofErr w:type="spellStart"/>
      <w:r>
        <w:t>cette</w:t>
      </w:r>
      <w:proofErr w:type="spellEnd"/>
      <w:r>
        <w:t xml:space="preserve"> </w:t>
      </w:r>
      <w:proofErr w:type="spellStart"/>
      <w:r>
        <w:t>problématique</w:t>
      </w:r>
      <w:proofErr w:type="spellEnd"/>
      <w:r>
        <w:t xml:space="preserve"> est </w:t>
      </w:r>
      <w:proofErr w:type="spellStart"/>
      <w:r>
        <w:t>intéressante</w:t>
      </w:r>
      <w:proofErr w:type="spellEnd"/>
      <w:r>
        <w:t xml:space="preserve"> et </w:t>
      </w:r>
      <w:proofErr w:type="spellStart"/>
      <w:r>
        <w:t>pertinente</w:t>
      </w:r>
      <w:proofErr w:type="spellEnd"/>
      <w:r>
        <w:t xml:space="preserve"> pour la recherche </w:t>
      </w:r>
      <w:proofErr w:type="spellStart"/>
      <w:r>
        <w:t>en</w:t>
      </w:r>
      <w:proofErr w:type="spellEnd"/>
      <w:r>
        <w:t xml:space="preserve"> QSE</w:t>
      </w:r>
    </w:p>
    <w:p w14:paraId="1505C43E" w14:textId="77777777" w:rsidR="00E9465B" w:rsidRDefault="00E9465B" w:rsidP="00E9465B">
      <w:proofErr w:type="spellStart"/>
      <w:r>
        <w:t>Répartissez</w:t>
      </w:r>
      <w:proofErr w:type="spellEnd"/>
      <w:r>
        <w:t xml:space="preserve"> la parole entre les </w:t>
      </w:r>
      <w:proofErr w:type="spellStart"/>
      <w:r>
        <w:t>membres</w:t>
      </w:r>
      <w:proofErr w:type="spellEnd"/>
      <w:r>
        <w:t xml:space="preserve"> du </w:t>
      </w:r>
      <w:proofErr w:type="spellStart"/>
      <w:r>
        <w:t>groupe</w:t>
      </w:r>
      <w:proofErr w:type="spellEnd"/>
      <w:r>
        <w:t>.</w:t>
      </w:r>
    </w:p>
    <w:p w14:paraId="5D3696C3" w14:textId="77777777" w:rsidR="00807BD4" w:rsidRDefault="00807BD4" w:rsidP="00E9465B"/>
    <w:p w14:paraId="7029DCD0" w14:textId="68E9678E" w:rsidR="00E9465B" w:rsidRPr="00807BD4" w:rsidRDefault="00E9465B" w:rsidP="00E9465B">
      <w:pPr>
        <w:rPr>
          <w:b/>
          <w:bCs/>
          <w:u w:val="single"/>
        </w:rPr>
      </w:pPr>
      <w:r w:rsidRPr="00807BD4">
        <w:rPr>
          <w:b/>
          <w:bCs/>
          <w:u w:val="single"/>
        </w:rPr>
        <w:t>QUESTIONS POUR APPROFONDIR VOTRE RÉFLEXION</w:t>
      </w:r>
    </w:p>
    <w:p w14:paraId="228E86A6" w14:textId="364FD8F0" w:rsidR="00E9465B" w:rsidRDefault="00E9465B" w:rsidP="00807BD4">
      <w:pPr>
        <w:pStyle w:val="Listepuces"/>
        <w:numPr>
          <w:ilvl w:val="0"/>
          <w:numId w:val="0"/>
        </w:numPr>
      </w:pPr>
      <w:r>
        <w:t xml:space="preserve">Ce </w:t>
      </w:r>
      <w:proofErr w:type="spellStart"/>
      <w:r>
        <w:t>décalage</w:t>
      </w:r>
      <w:proofErr w:type="spellEnd"/>
      <w:r>
        <w:t xml:space="preserve"> entre communication RSE et appropriation par les </w:t>
      </w:r>
      <w:proofErr w:type="spellStart"/>
      <w:r>
        <w:t>salariés</w:t>
      </w:r>
      <w:proofErr w:type="spellEnd"/>
      <w:r>
        <w:t xml:space="preserve"> est-il </w:t>
      </w:r>
      <w:proofErr w:type="spellStart"/>
      <w:r>
        <w:t>spécifique</w:t>
      </w:r>
      <w:proofErr w:type="spellEnd"/>
      <w:r>
        <w:t xml:space="preserve"> à la </w:t>
      </w:r>
      <w:proofErr w:type="spellStart"/>
      <w:r>
        <w:t>logistique</w:t>
      </w:r>
      <w:proofErr w:type="spellEnd"/>
      <w:r>
        <w:t xml:space="preserve"> ? À </w:t>
      </w:r>
      <w:proofErr w:type="spellStart"/>
      <w:r>
        <w:t>ce</w:t>
      </w:r>
      <w:proofErr w:type="spellEnd"/>
      <w:r>
        <w:t xml:space="preserve"> type </w:t>
      </w:r>
      <w:proofErr w:type="spellStart"/>
      <w:r>
        <w:t>d'entreprise</w:t>
      </w:r>
      <w:proofErr w:type="spellEnd"/>
      <w:r>
        <w:t xml:space="preserve"> ?</w:t>
      </w:r>
    </w:p>
    <w:p w14:paraId="61C2F874" w14:textId="7A950C20" w:rsidR="00E9465B" w:rsidRDefault="00E9465B" w:rsidP="00807BD4">
      <w:pPr>
        <w:pStyle w:val="Listepuces"/>
        <w:numPr>
          <w:ilvl w:val="0"/>
          <w:numId w:val="0"/>
        </w:numPr>
      </w:pPr>
      <w:r>
        <w:t xml:space="preserve">Le fait </w:t>
      </w:r>
      <w:proofErr w:type="spellStart"/>
      <w:r>
        <w:t>que</w:t>
      </w:r>
      <w:proofErr w:type="spellEnd"/>
      <w:r>
        <w:t xml:space="preserve"> des pratiques </w:t>
      </w:r>
      <w:proofErr w:type="spellStart"/>
      <w:r>
        <w:t>changent</w:t>
      </w:r>
      <w:proofErr w:type="spellEnd"/>
      <w:r>
        <w:t xml:space="preserve"> SANS </w:t>
      </w:r>
      <w:proofErr w:type="spellStart"/>
      <w:r>
        <w:t>que</w:t>
      </w:r>
      <w:proofErr w:type="spellEnd"/>
      <w:r>
        <w:t xml:space="preserve"> les </w:t>
      </w:r>
      <w:proofErr w:type="spellStart"/>
      <w:r>
        <w:t>salariés</w:t>
      </w:r>
      <w:proofErr w:type="spellEnd"/>
      <w:r>
        <w:t xml:space="preserve"> se </w:t>
      </w:r>
      <w:proofErr w:type="spellStart"/>
      <w:r>
        <w:t>sentent</w:t>
      </w:r>
      <w:proofErr w:type="spellEnd"/>
      <w:r>
        <w:t xml:space="preserve"> "</w:t>
      </w:r>
      <w:proofErr w:type="spellStart"/>
      <w:r>
        <w:t>engagés</w:t>
      </w:r>
      <w:proofErr w:type="spellEnd"/>
      <w:r>
        <w:t xml:space="preserve">" dans </w:t>
      </w:r>
      <w:proofErr w:type="spellStart"/>
      <w:r>
        <w:t>une</w:t>
      </w:r>
      <w:proofErr w:type="spellEnd"/>
      <w:r>
        <w:t xml:space="preserve"> démarche RSE, </w:t>
      </w:r>
      <w:proofErr w:type="spellStart"/>
      <w:r>
        <w:t>qu'est-ce</w:t>
      </w:r>
      <w:proofErr w:type="spellEnd"/>
      <w:r>
        <w:t xml:space="preserve"> </w:t>
      </w:r>
      <w:proofErr w:type="spellStart"/>
      <w:r>
        <w:t>que</w:t>
      </w:r>
      <w:proofErr w:type="spellEnd"/>
      <w:r>
        <w:t xml:space="preserve"> </w:t>
      </w:r>
      <w:proofErr w:type="spellStart"/>
      <w:r>
        <w:t>ça</w:t>
      </w:r>
      <w:proofErr w:type="spellEnd"/>
      <w:r>
        <w:t xml:space="preserve"> nous </w:t>
      </w:r>
      <w:proofErr w:type="spellStart"/>
      <w:r>
        <w:t>dit</w:t>
      </w:r>
      <w:proofErr w:type="spellEnd"/>
      <w:r>
        <w:t xml:space="preserve"> sur </w:t>
      </w:r>
      <w:proofErr w:type="spellStart"/>
      <w:r>
        <w:t>l'efficacité</w:t>
      </w:r>
      <w:proofErr w:type="spellEnd"/>
      <w:r>
        <w:t xml:space="preserve"> des politiques RSE ?</w:t>
      </w:r>
    </w:p>
    <w:p w14:paraId="30C2CBD3" w14:textId="51E6FEEB" w:rsidR="00E9465B" w:rsidRDefault="00E9465B" w:rsidP="00807BD4">
      <w:pPr>
        <w:pStyle w:val="Listepuces"/>
        <w:numPr>
          <w:ilvl w:val="0"/>
          <w:numId w:val="0"/>
        </w:numPr>
      </w:pPr>
      <w:r>
        <w:t xml:space="preserve">Faut-il </w:t>
      </w:r>
      <w:proofErr w:type="spellStart"/>
      <w:r>
        <w:t>que</w:t>
      </w:r>
      <w:proofErr w:type="spellEnd"/>
      <w:r>
        <w:t xml:space="preserve"> les </w:t>
      </w:r>
      <w:proofErr w:type="spellStart"/>
      <w:r>
        <w:t>salariés</w:t>
      </w:r>
      <w:proofErr w:type="spellEnd"/>
      <w:r>
        <w:t xml:space="preserve"> "</w:t>
      </w:r>
      <w:proofErr w:type="spellStart"/>
      <w:r>
        <w:t>adhèrent</w:t>
      </w:r>
      <w:proofErr w:type="spellEnd"/>
      <w:r>
        <w:t xml:space="preserve">" à la RSE pour </w:t>
      </w:r>
      <w:proofErr w:type="spellStart"/>
      <w:r>
        <w:t>que</w:t>
      </w:r>
      <w:proofErr w:type="spellEnd"/>
      <w:r>
        <w:t xml:space="preserve"> les pratiques </w:t>
      </w:r>
      <w:proofErr w:type="spellStart"/>
      <w:r>
        <w:t>changent</w:t>
      </w:r>
      <w:proofErr w:type="spellEnd"/>
      <w:r>
        <w:t xml:space="preserve"> ?</w:t>
      </w:r>
    </w:p>
    <w:p w14:paraId="2257C967" w14:textId="76D7F117" w:rsidR="00E9465B" w:rsidRDefault="00E9465B" w:rsidP="00807BD4">
      <w:pPr>
        <w:pStyle w:val="Listepuces"/>
        <w:numPr>
          <w:ilvl w:val="0"/>
          <w:numId w:val="0"/>
        </w:numPr>
      </w:pPr>
      <w:r>
        <w:t xml:space="preserve">La communication </w:t>
      </w:r>
      <w:proofErr w:type="spellStart"/>
      <w:r>
        <w:t>institutionnelle</w:t>
      </w:r>
      <w:proofErr w:type="spellEnd"/>
      <w:r>
        <w:t xml:space="preserve"> intensive </w:t>
      </w:r>
      <w:proofErr w:type="spellStart"/>
      <w:r>
        <w:t>crée</w:t>
      </w:r>
      <w:proofErr w:type="spellEnd"/>
      <w:r>
        <w:t>-t-</w:t>
      </w:r>
      <w:proofErr w:type="spellStart"/>
      <w:r>
        <w:t>elle</w:t>
      </w:r>
      <w:proofErr w:type="spellEnd"/>
      <w:r>
        <w:t xml:space="preserve"> du </w:t>
      </w:r>
      <w:proofErr w:type="spellStart"/>
      <w:r>
        <w:t>cynisme</w:t>
      </w:r>
      <w:proofErr w:type="spellEnd"/>
      <w:r>
        <w:t xml:space="preserve"> chez les </w:t>
      </w:r>
      <w:proofErr w:type="spellStart"/>
      <w:r>
        <w:t>salariés</w:t>
      </w:r>
      <w:proofErr w:type="spellEnd"/>
      <w:r>
        <w:t xml:space="preserve"> ?</w:t>
      </w:r>
    </w:p>
    <w:p w14:paraId="635CF8F8" w14:textId="6A561BBB" w:rsidR="00E9465B" w:rsidRDefault="00E9465B" w:rsidP="00807BD4">
      <w:pPr>
        <w:pStyle w:val="Listepuces"/>
        <w:numPr>
          <w:ilvl w:val="0"/>
          <w:numId w:val="0"/>
        </w:numPr>
      </w:pPr>
      <w:r>
        <w:t xml:space="preserve">Comment </w:t>
      </w:r>
      <w:proofErr w:type="spellStart"/>
      <w:r>
        <w:t>mesurer</w:t>
      </w:r>
      <w:proofErr w:type="spellEnd"/>
      <w:r>
        <w:t xml:space="preserve"> </w:t>
      </w:r>
      <w:proofErr w:type="spellStart"/>
      <w:r>
        <w:t>l'impact</w:t>
      </w:r>
      <w:proofErr w:type="spellEnd"/>
      <w:r>
        <w:t xml:space="preserve"> "</w:t>
      </w:r>
      <w:proofErr w:type="spellStart"/>
      <w:r>
        <w:t>réel</w:t>
      </w:r>
      <w:proofErr w:type="spellEnd"/>
      <w:r>
        <w:t xml:space="preserve">" </w:t>
      </w:r>
      <w:proofErr w:type="spellStart"/>
      <w:r>
        <w:t>d'une</w:t>
      </w:r>
      <w:proofErr w:type="spellEnd"/>
      <w:r>
        <w:t xml:space="preserve"> politique RSE au-</w:t>
      </w:r>
      <w:proofErr w:type="spellStart"/>
      <w:r>
        <w:t>delà</w:t>
      </w:r>
      <w:proofErr w:type="spellEnd"/>
      <w:r>
        <w:t xml:space="preserve"> de la communication ?</w:t>
      </w:r>
    </w:p>
    <w:p w14:paraId="00C81DF6" w14:textId="77777777" w:rsidR="00E9465B" w:rsidRDefault="00E9465B" w:rsidP="00E9465B"/>
    <w:p w14:paraId="71D7675E" w14:textId="3A76F3D1" w:rsidR="00956D9A" w:rsidRPr="00956D9A" w:rsidRDefault="00956D9A" w:rsidP="00956D9A">
      <w:pPr>
        <w:keepNext/>
        <w:keepLines/>
        <w:spacing w:before="480" w:after="0"/>
        <w:jc w:val="center"/>
        <w:outlineLvl w:val="0"/>
        <w:rPr>
          <w:rFonts w:eastAsia="MS Gothic" w:cs="Times New Roman"/>
          <w:b/>
          <w:bCs/>
          <w:color w:val="365F91" w:themeColor="accent1" w:themeShade="BF"/>
          <w:sz w:val="28"/>
          <w:szCs w:val="28"/>
        </w:rPr>
      </w:pPr>
      <w:r w:rsidRPr="00956D9A">
        <w:rPr>
          <w:rFonts w:eastAsia="MS Gothic" w:cs="Times New Roman"/>
          <w:b/>
          <w:bCs/>
          <w:color w:val="365F91" w:themeColor="accent1" w:themeShade="BF"/>
          <w:sz w:val="28"/>
          <w:szCs w:val="28"/>
        </w:rPr>
        <w:t xml:space="preserve">EXERCICE </w:t>
      </w:r>
      <w:r>
        <w:rPr>
          <w:rFonts w:eastAsia="MS Gothic" w:cs="Times New Roman"/>
          <w:b/>
          <w:bCs/>
          <w:color w:val="365F91" w:themeColor="accent1" w:themeShade="BF"/>
          <w:sz w:val="28"/>
          <w:szCs w:val="28"/>
        </w:rPr>
        <w:t>4</w:t>
      </w:r>
      <w:r w:rsidRPr="00956D9A">
        <w:rPr>
          <w:rFonts w:eastAsia="MS Gothic" w:cs="Times New Roman"/>
          <w:b/>
          <w:bCs/>
          <w:color w:val="365F91" w:themeColor="accent1" w:themeShade="BF"/>
          <w:sz w:val="28"/>
          <w:szCs w:val="28"/>
        </w:rPr>
        <w:t xml:space="preserve"> : LA PROBLÉMATIQUE EN 3D</w:t>
      </w:r>
    </w:p>
    <w:p w14:paraId="3F234E0A" w14:textId="77777777" w:rsidR="00640DD7" w:rsidRDefault="00640DD7" w:rsidP="00956D9A">
      <w:pPr>
        <w:rPr>
          <w:rFonts w:eastAsia="MS Mincho" w:cs="Times New Roman"/>
        </w:rPr>
      </w:pPr>
    </w:p>
    <w:p w14:paraId="0A69339B" w14:textId="0472B200" w:rsidR="00956D9A" w:rsidRPr="00956D9A" w:rsidRDefault="00956D9A" w:rsidP="00956D9A">
      <w:pPr>
        <w:rPr>
          <w:rFonts w:eastAsia="MS Mincho" w:cs="Times New Roman"/>
          <w:b/>
          <w:bCs/>
        </w:rPr>
      </w:pPr>
      <w:r w:rsidRPr="00956D9A">
        <w:rPr>
          <w:rFonts w:eastAsia="MS Mincho" w:cs="Times New Roman"/>
          <w:b/>
          <w:bCs/>
        </w:rPr>
        <w:t xml:space="preserve">VOTRE MISSION : Structurer </w:t>
      </w:r>
      <w:proofErr w:type="spellStart"/>
      <w:r w:rsidRPr="00956D9A">
        <w:rPr>
          <w:rFonts w:eastAsia="MS Mincho" w:cs="Times New Roman"/>
          <w:b/>
          <w:bCs/>
        </w:rPr>
        <w:t>votre</w:t>
      </w:r>
      <w:proofErr w:type="spellEnd"/>
      <w:r w:rsidRPr="00956D9A">
        <w:rPr>
          <w:rFonts w:eastAsia="MS Mincho" w:cs="Times New Roman"/>
          <w:b/>
          <w:bCs/>
        </w:rPr>
        <w:t xml:space="preserve"> </w:t>
      </w:r>
      <w:proofErr w:type="spellStart"/>
      <w:r w:rsidRPr="00956D9A">
        <w:rPr>
          <w:rFonts w:eastAsia="MS Mincho" w:cs="Times New Roman"/>
          <w:b/>
          <w:bCs/>
        </w:rPr>
        <w:t>problématique</w:t>
      </w:r>
      <w:proofErr w:type="spellEnd"/>
      <w:r w:rsidRPr="00956D9A">
        <w:rPr>
          <w:rFonts w:eastAsia="MS Mincho" w:cs="Times New Roman"/>
          <w:b/>
          <w:bCs/>
        </w:rPr>
        <w:t xml:space="preserve"> </w:t>
      </w:r>
      <w:proofErr w:type="spellStart"/>
      <w:r w:rsidRPr="00956D9A">
        <w:rPr>
          <w:rFonts w:eastAsia="MS Mincho" w:cs="Times New Roman"/>
          <w:b/>
          <w:bCs/>
        </w:rPr>
        <w:t>selon</w:t>
      </w:r>
      <w:proofErr w:type="spellEnd"/>
      <w:r w:rsidRPr="00956D9A">
        <w:rPr>
          <w:rFonts w:eastAsia="MS Mincho" w:cs="Times New Roman"/>
          <w:b/>
          <w:bCs/>
        </w:rPr>
        <w:t xml:space="preserve"> trois dimensions </w:t>
      </w:r>
      <w:proofErr w:type="spellStart"/>
      <w:r w:rsidRPr="00956D9A">
        <w:rPr>
          <w:rFonts w:eastAsia="MS Mincho" w:cs="Times New Roman"/>
          <w:b/>
          <w:bCs/>
        </w:rPr>
        <w:t>essentielles</w:t>
      </w:r>
      <w:proofErr w:type="spellEnd"/>
    </w:p>
    <w:p w14:paraId="32E4FAD4" w14:textId="77777777" w:rsidR="00956D9A" w:rsidRPr="00956D9A" w:rsidRDefault="00956D9A" w:rsidP="00956D9A">
      <w:pPr>
        <w:rPr>
          <w:rFonts w:eastAsia="MS Mincho" w:cs="Times New Roman"/>
        </w:rPr>
      </w:pPr>
      <w:r w:rsidRPr="00956D9A">
        <w:rPr>
          <w:rFonts w:eastAsia="MS Mincho" w:cs="Times New Roman"/>
        </w:rPr>
        <w:t xml:space="preserve">Une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solide</w:t>
      </w:r>
      <w:proofErr w:type="spellEnd"/>
      <w:r w:rsidRPr="00956D9A">
        <w:rPr>
          <w:rFonts w:eastAsia="MS Mincho" w:cs="Times New Roman"/>
        </w:rPr>
        <w:t xml:space="preserve"> </w:t>
      </w:r>
      <w:proofErr w:type="spellStart"/>
      <w:r w:rsidRPr="00956D9A">
        <w:rPr>
          <w:rFonts w:eastAsia="MS Mincho" w:cs="Times New Roman"/>
        </w:rPr>
        <w:t>articule</w:t>
      </w:r>
      <w:proofErr w:type="spellEnd"/>
      <w:r w:rsidRPr="00956D9A">
        <w:rPr>
          <w:rFonts w:eastAsia="MS Mincho" w:cs="Times New Roman"/>
        </w:rPr>
        <w:t xml:space="preserve"> </w:t>
      </w:r>
      <w:proofErr w:type="spellStart"/>
      <w:r w:rsidRPr="00956D9A">
        <w:rPr>
          <w:rFonts w:eastAsia="MS Mincho" w:cs="Times New Roman"/>
        </w:rPr>
        <w:t>toujours</w:t>
      </w:r>
      <w:proofErr w:type="spellEnd"/>
      <w:r w:rsidRPr="00956D9A">
        <w:rPr>
          <w:rFonts w:eastAsia="MS Mincho" w:cs="Times New Roman"/>
        </w:rPr>
        <w:t xml:space="preserve"> trois </w:t>
      </w:r>
      <w:proofErr w:type="spellStart"/>
      <w:r w:rsidRPr="00956D9A">
        <w:rPr>
          <w:rFonts w:eastAsia="MS Mincho" w:cs="Times New Roman"/>
        </w:rPr>
        <w:t>éléments</w:t>
      </w:r>
      <w:proofErr w:type="spellEnd"/>
      <w:r w:rsidRPr="00956D9A">
        <w:rPr>
          <w:rFonts w:eastAsia="MS Mincho" w:cs="Times New Roman"/>
        </w:rPr>
        <w:t xml:space="preserve"> :</w:t>
      </w:r>
    </w:p>
    <w:p w14:paraId="15775DD4" w14:textId="67F8CE2F"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QUOI : </w:t>
      </w:r>
      <w:proofErr w:type="spellStart"/>
      <w:r w:rsidRPr="00956D9A">
        <w:rPr>
          <w:rFonts w:eastAsia="MS Mincho" w:cs="Times New Roman"/>
        </w:rPr>
        <w:t>l'objet</w:t>
      </w:r>
      <w:proofErr w:type="spellEnd"/>
      <w:r w:rsidRPr="00956D9A">
        <w:rPr>
          <w:rFonts w:eastAsia="MS Mincho" w:cs="Times New Roman"/>
        </w:rPr>
        <w:t xml:space="preserve"> </w:t>
      </w:r>
      <w:proofErr w:type="spellStart"/>
      <w:r w:rsidRPr="00956D9A">
        <w:rPr>
          <w:rFonts w:eastAsia="MS Mincho" w:cs="Times New Roman"/>
        </w:rPr>
        <w:t>d'étude</w:t>
      </w:r>
      <w:proofErr w:type="spellEnd"/>
      <w:r w:rsidRPr="00956D9A">
        <w:rPr>
          <w:rFonts w:eastAsia="MS Mincho" w:cs="Times New Roman"/>
        </w:rPr>
        <w:t xml:space="preserve"> (</w:t>
      </w:r>
      <w:proofErr w:type="spellStart"/>
      <w:r w:rsidRPr="00956D9A">
        <w:rPr>
          <w:rFonts w:eastAsia="MS Mincho" w:cs="Times New Roman"/>
        </w:rPr>
        <w:t>phénomène</w:t>
      </w:r>
      <w:proofErr w:type="spellEnd"/>
      <w:r w:rsidRPr="00956D9A">
        <w:rPr>
          <w:rFonts w:eastAsia="MS Mincho" w:cs="Times New Roman"/>
        </w:rPr>
        <w:t>, pratique, processus)</w:t>
      </w:r>
    </w:p>
    <w:p w14:paraId="1F573F95" w14:textId="6DA26749"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COMMENT/POURQUOI : </w:t>
      </w:r>
      <w:proofErr w:type="spellStart"/>
      <w:r w:rsidRPr="00956D9A">
        <w:rPr>
          <w:rFonts w:eastAsia="MS Mincho" w:cs="Times New Roman"/>
        </w:rPr>
        <w:t>l'angle</w:t>
      </w:r>
      <w:proofErr w:type="spellEnd"/>
      <w:r w:rsidRPr="00956D9A">
        <w:rPr>
          <w:rFonts w:eastAsia="MS Mincho" w:cs="Times New Roman"/>
        </w:rPr>
        <w:t xml:space="preserve"> </w:t>
      </w:r>
      <w:proofErr w:type="spellStart"/>
      <w:r w:rsidRPr="00956D9A">
        <w:rPr>
          <w:rFonts w:eastAsia="MS Mincho" w:cs="Times New Roman"/>
        </w:rPr>
        <w:t>d'analyse</w:t>
      </w:r>
      <w:proofErr w:type="spellEnd"/>
      <w:r w:rsidRPr="00956D9A">
        <w:rPr>
          <w:rFonts w:eastAsia="MS Mincho" w:cs="Times New Roman"/>
        </w:rPr>
        <w:t xml:space="preserve"> (la tension à </w:t>
      </w:r>
      <w:proofErr w:type="spellStart"/>
      <w:r w:rsidRPr="00956D9A">
        <w:rPr>
          <w:rFonts w:eastAsia="MS Mincho" w:cs="Times New Roman"/>
        </w:rPr>
        <w:t>expliquer</w:t>
      </w:r>
      <w:proofErr w:type="spellEnd"/>
      <w:r w:rsidRPr="00956D9A">
        <w:rPr>
          <w:rFonts w:eastAsia="MS Mincho" w:cs="Times New Roman"/>
        </w:rPr>
        <w:t>)</w:t>
      </w:r>
    </w:p>
    <w:p w14:paraId="712F03BE" w14:textId="4FE9A95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OÙ/QUI : le terrain </w:t>
      </w:r>
      <w:proofErr w:type="spellStart"/>
      <w:r w:rsidRPr="00956D9A">
        <w:rPr>
          <w:rFonts w:eastAsia="MS Mincho" w:cs="Times New Roman"/>
        </w:rPr>
        <w:t>d'investigation</w:t>
      </w:r>
      <w:proofErr w:type="spellEnd"/>
      <w:r w:rsidRPr="00956D9A">
        <w:rPr>
          <w:rFonts w:eastAsia="MS Mincho" w:cs="Times New Roman"/>
        </w:rPr>
        <w:t xml:space="preserve"> (</w:t>
      </w:r>
      <w:proofErr w:type="spellStart"/>
      <w:r w:rsidRPr="00956D9A">
        <w:rPr>
          <w:rFonts w:eastAsia="MS Mincho" w:cs="Times New Roman"/>
        </w:rPr>
        <w:t>contexte</w:t>
      </w:r>
      <w:proofErr w:type="spellEnd"/>
      <w:r w:rsidRPr="00956D9A">
        <w:rPr>
          <w:rFonts w:eastAsia="MS Mincho" w:cs="Times New Roman"/>
        </w:rPr>
        <w:t xml:space="preserve"> </w:t>
      </w:r>
      <w:proofErr w:type="spellStart"/>
      <w:r w:rsidRPr="00956D9A">
        <w:rPr>
          <w:rFonts w:eastAsia="MS Mincho" w:cs="Times New Roman"/>
        </w:rPr>
        <w:t>délimité</w:t>
      </w:r>
      <w:proofErr w:type="spellEnd"/>
      <w:r w:rsidRPr="00956D9A">
        <w:rPr>
          <w:rFonts w:eastAsia="MS Mincho" w:cs="Times New Roman"/>
        </w:rPr>
        <w:t>)</w:t>
      </w:r>
    </w:p>
    <w:p w14:paraId="33AF7298" w14:textId="77777777" w:rsidR="00956D9A" w:rsidRPr="00956D9A" w:rsidRDefault="00956D9A" w:rsidP="00956D9A">
      <w:pPr>
        <w:rPr>
          <w:rFonts w:eastAsia="MS Mincho" w:cs="Times New Roman"/>
        </w:rPr>
      </w:pPr>
    </w:p>
    <w:p w14:paraId="3DF5A0BA" w14:textId="78617D53" w:rsidR="00956D9A" w:rsidRPr="00956D9A" w:rsidRDefault="00956D9A" w:rsidP="00956D9A">
      <w:pPr>
        <w:rPr>
          <w:rFonts w:eastAsia="MS Mincho" w:cs="Times New Roman"/>
        </w:rPr>
      </w:pPr>
      <w:r w:rsidRPr="00956D9A">
        <w:rPr>
          <w:rFonts w:eastAsia="MS Mincho" w:cs="Times New Roman"/>
        </w:rPr>
        <w:t xml:space="preserve">REMPLISSEZ VOTRE TRIANGLE </w:t>
      </w:r>
      <w:r w:rsidR="006A5B1C">
        <w:rPr>
          <w:rFonts w:eastAsia="MS Mincho" w:cs="Times New Roman"/>
        </w:rPr>
        <w:t xml:space="preserve"> </w:t>
      </w:r>
      <w:r w:rsidRPr="00956D9A">
        <w:rPr>
          <w:rFonts w:eastAsia="MS Mincho" w:cs="Times New Roman"/>
        </w:rPr>
        <w:t>:</w:t>
      </w:r>
    </w:p>
    <w:p w14:paraId="04CC87B1" w14:textId="49AA28FE" w:rsidR="00956D9A" w:rsidRPr="00956D9A" w:rsidRDefault="003E2A88" w:rsidP="00956D9A">
      <w:pPr>
        <w:rPr>
          <w:rFonts w:eastAsia="MS Mincho" w:cs="Times New Roman"/>
        </w:rPr>
      </w:pPr>
      <w:r w:rsidRPr="003E2A88">
        <w:rPr>
          <w:rFonts w:eastAsia="MS Mincho" w:cs="Times New Roman"/>
        </w:rPr>
        <w:drawing>
          <wp:inline distT="0" distB="0" distL="0" distR="0" wp14:anchorId="1FF38539" wp14:editId="33FF08C3">
            <wp:extent cx="5811061" cy="1971950"/>
            <wp:effectExtent l="0" t="0" r="0" b="9525"/>
            <wp:docPr id="1553400493"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400493" name="Image 1" descr="Une image contenant texte, capture d’écran, Police&#10;&#10;Le contenu généré par l’IA peut être incorrect."/>
                    <pic:cNvPicPr/>
                  </pic:nvPicPr>
                  <pic:blipFill>
                    <a:blip r:embed="rId8"/>
                    <a:stretch>
                      <a:fillRect/>
                    </a:stretch>
                  </pic:blipFill>
                  <pic:spPr>
                    <a:xfrm>
                      <a:off x="0" y="0"/>
                      <a:ext cx="5811061" cy="1971950"/>
                    </a:xfrm>
                    <a:prstGeom prst="rect">
                      <a:avLst/>
                    </a:prstGeom>
                  </pic:spPr>
                </pic:pic>
              </a:graphicData>
            </a:graphic>
          </wp:inline>
        </w:drawing>
      </w:r>
    </w:p>
    <w:p w14:paraId="357E3771" w14:textId="77777777" w:rsidR="00956D9A" w:rsidRPr="00956D9A" w:rsidRDefault="00956D9A" w:rsidP="00956D9A">
      <w:pPr>
        <w:rPr>
          <w:rFonts w:eastAsia="MS Mincho" w:cs="Times New Roman"/>
        </w:rPr>
      </w:pPr>
    </w:p>
    <w:p w14:paraId="4621AEFC" w14:textId="77777777" w:rsidR="00956D9A" w:rsidRPr="00956D9A" w:rsidRDefault="00956D9A" w:rsidP="00956D9A">
      <w:pPr>
        <w:rPr>
          <w:rFonts w:eastAsia="MS Mincho" w:cs="Times New Roman"/>
        </w:rPr>
      </w:pPr>
      <w:r w:rsidRPr="00956D9A">
        <w:rPr>
          <w:rFonts w:eastAsia="MS Mincho" w:cs="Times New Roman"/>
        </w:rPr>
        <w:t>MAINTENANT, FORMULEZ VOTRE PROBLÉMATIQUE COMPLÈTE EN UNE PHRASE :</w:t>
      </w:r>
    </w:p>
    <w:p w14:paraId="1542D796" w14:textId="77777777" w:rsidR="00956D9A" w:rsidRPr="00956D9A" w:rsidRDefault="00956D9A" w:rsidP="00956D9A">
      <w:pPr>
        <w:rPr>
          <w:rFonts w:eastAsia="MS Mincho" w:cs="Times New Roman"/>
        </w:rPr>
      </w:pPr>
    </w:p>
    <w:p w14:paraId="40554765"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22A0C67C" w14:textId="77777777" w:rsidR="00956D9A" w:rsidRPr="00956D9A" w:rsidRDefault="00956D9A" w:rsidP="00956D9A">
      <w:pPr>
        <w:rPr>
          <w:rFonts w:eastAsia="MS Mincho" w:cs="Times New Roman"/>
        </w:rPr>
      </w:pPr>
    </w:p>
    <w:p w14:paraId="0CEB3FE4"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37FED430" w14:textId="77777777" w:rsidR="00956D9A" w:rsidRPr="00956D9A" w:rsidRDefault="00956D9A" w:rsidP="00956D9A">
      <w:pPr>
        <w:rPr>
          <w:rFonts w:eastAsia="MS Mincho" w:cs="Times New Roman"/>
        </w:rPr>
      </w:pPr>
    </w:p>
    <w:p w14:paraId="4218EFF9" w14:textId="77777777" w:rsidR="00956D9A" w:rsidRPr="00956D9A" w:rsidRDefault="00956D9A" w:rsidP="00956D9A">
      <w:pPr>
        <w:rPr>
          <w:rFonts w:eastAsia="MS Mincho" w:cs="Times New Roman"/>
        </w:rPr>
      </w:pPr>
      <w:r w:rsidRPr="00956D9A">
        <w:rPr>
          <w:rFonts w:eastAsia="MS Mincho" w:cs="Times New Roman"/>
        </w:rPr>
        <w:t>EXEMPLE COMPLÉTÉ POUR VOUS GUIDER :</w:t>
      </w:r>
    </w:p>
    <w:p w14:paraId="0AB43F64" w14:textId="77777777" w:rsidR="00956D9A" w:rsidRPr="00956D9A" w:rsidRDefault="00956D9A" w:rsidP="00956D9A">
      <w:pPr>
        <w:rPr>
          <w:rFonts w:eastAsia="MS Mincho" w:cs="Times New Roman"/>
        </w:rPr>
      </w:pPr>
      <w:r w:rsidRPr="00956D9A">
        <w:rPr>
          <w:rFonts w:eastAsia="MS Mincho" w:cs="Times New Roman"/>
        </w:rPr>
        <w:t>QUOI ?</w:t>
      </w:r>
    </w:p>
    <w:p w14:paraId="3FF0A589"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L'engagement</w:t>
      </w:r>
      <w:proofErr w:type="spellEnd"/>
      <w:r w:rsidRPr="00956D9A">
        <w:rPr>
          <w:rFonts w:eastAsia="MS Mincho" w:cs="Times New Roman"/>
        </w:rPr>
        <w:t xml:space="preserve"> des </w:t>
      </w:r>
      <w:proofErr w:type="spellStart"/>
      <w:r w:rsidRPr="00956D9A">
        <w:rPr>
          <w:rFonts w:eastAsia="MS Mincho" w:cs="Times New Roman"/>
        </w:rPr>
        <w:t>salariés</w:t>
      </w:r>
      <w:proofErr w:type="spellEnd"/>
      <w:r w:rsidRPr="00956D9A">
        <w:rPr>
          <w:rFonts w:eastAsia="MS Mincho" w:cs="Times New Roman"/>
        </w:rPr>
        <w:t xml:space="preserve"> dans les démarches de </w:t>
      </w:r>
      <w:proofErr w:type="spellStart"/>
      <w:r w:rsidRPr="00956D9A">
        <w:rPr>
          <w:rFonts w:eastAsia="MS Mincho" w:cs="Times New Roman"/>
        </w:rPr>
        <w:t>prévention</w:t>
      </w:r>
      <w:proofErr w:type="spellEnd"/>
      <w:r w:rsidRPr="00956D9A">
        <w:rPr>
          <w:rFonts w:eastAsia="MS Mincho" w:cs="Times New Roman"/>
        </w:rPr>
        <w:t xml:space="preserve"> des </w:t>
      </w:r>
      <w:proofErr w:type="spellStart"/>
      <w:r w:rsidRPr="00956D9A">
        <w:rPr>
          <w:rFonts w:eastAsia="MS Mincho" w:cs="Times New Roman"/>
        </w:rPr>
        <w:t>risques</w:t>
      </w:r>
      <w:proofErr w:type="spellEnd"/>
      <w:r w:rsidRPr="00956D9A">
        <w:rPr>
          <w:rFonts w:eastAsia="MS Mincho" w:cs="Times New Roman"/>
        </w:rPr>
        <w:t xml:space="preserve"> </w:t>
      </w:r>
      <w:proofErr w:type="spellStart"/>
      <w:r w:rsidRPr="00956D9A">
        <w:rPr>
          <w:rFonts w:eastAsia="MS Mincho" w:cs="Times New Roman"/>
        </w:rPr>
        <w:t>professionnels</w:t>
      </w:r>
      <w:proofErr w:type="spellEnd"/>
    </w:p>
    <w:p w14:paraId="62E7E65B" w14:textId="77777777" w:rsidR="00AA0FC9" w:rsidRDefault="00AA0FC9" w:rsidP="00956D9A">
      <w:pPr>
        <w:rPr>
          <w:rFonts w:eastAsia="MS Mincho" w:cs="Times New Roman"/>
        </w:rPr>
      </w:pPr>
    </w:p>
    <w:p w14:paraId="648F4F48" w14:textId="05929196" w:rsidR="00956D9A" w:rsidRPr="00956D9A" w:rsidRDefault="00956D9A" w:rsidP="00956D9A">
      <w:pPr>
        <w:rPr>
          <w:rFonts w:eastAsia="MS Mincho" w:cs="Times New Roman"/>
        </w:rPr>
      </w:pPr>
      <w:r w:rsidRPr="00956D9A">
        <w:rPr>
          <w:rFonts w:eastAsia="MS Mincho" w:cs="Times New Roman"/>
        </w:rPr>
        <w:t>COMMENT/POURQUOI ?</w:t>
      </w:r>
    </w:p>
    <w:p w14:paraId="68E15C50"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Comment </w:t>
      </w:r>
      <w:proofErr w:type="spellStart"/>
      <w:r w:rsidRPr="00956D9A">
        <w:rPr>
          <w:rFonts w:eastAsia="MS Mincho" w:cs="Times New Roman"/>
        </w:rPr>
        <w:t>expliquer</w:t>
      </w:r>
      <w:proofErr w:type="spellEnd"/>
      <w:r w:rsidRPr="00956D9A">
        <w:rPr>
          <w:rFonts w:eastAsia="MS Mincho" w:cs="Times New Roman"/>
        </w:rPr>
        <w:t xml:space="preserve"> les variations </w:t>
      </w:r>
      <w:proofErr w:type="spellStart"/>
      <w:r w:rsidRPr="00956D9A">
        <w:rPr>
          <w:rFonts w:eastAsia="MS Mincho" w:cs="Times New Roman"/>
        </w:rPr>
        <w:t>importantes</w:t>
      </w:r>
      <w:proofErr w:type="spellEnd"/>
      <w:r w:rsidRPr="00956D9A">
        <w:rPr>
          <w:rFonts w:eastAsia="MS Mincho" w:cs="Times New Roman"/>
        </w:rPr>
        <w:t xml:space="preserve"> </w:t>
      </w:r>
      <w:proofErr w:type="spellStart"/>
      <w:r w:rsidRPr="00956D9A">
        <w:rPr>
          <w:rFonts w:eastAsia="MS Mincho" w:cs="Times New Roman"/>
        </w:rPr>
        <w:t>d'engagement</w:t>
      </w:r>
      <w:proofErr w:type="spellEnd"/>
      <w:r w:rsidRPr="00956D9A">
        <w:rPr>
          <w:rFonts w:eastAsia="MS Mincho" w:cs="Times New Roman"/>
        </w:rPr>
        <w:t xml:space="preserve"> </w:t>
      </w:r>
      <w:proofErr w:type="spellStart"/>
      <w:r w:rsidRPr="00956D9A">
        <w:rPr>
          <w:rFonts w:eastAsia="MS Mincho" w:cs="Times New Roman"/>
        </w:rPr>
        <w:t>d'une</w:t>
      </w:r>
      <w:proofErr w:type="spellEnd"/>
      <w:r w:rsidRPr="00956D9A">
        <w:rPr>
          <w:rFonts w:eastAsia="MS Mincho" w:cs="Times New Roman"/>
        </w:rPr>
        <w:t xml:space="preserve"> </w:t>
      </w:r>
      <w:proofErr w:type="spellStart"/>
      <w:r w:rsidRPr="00956D9A">
        <w:rPr>
          <w:rFonts w:eastAsia="MS Mincho" w:cs="Times New Roman"/>
        </w:rPr>
        <w:t>entreprise</w:t>
      </w:r>
      <w:proofErr w:type="spellEnd"/>
      <w:r w:rsidRPr="00956D9A">
        <w:rPr>
          <w:rFonts w:eastAsia="MS Mincho" w:cs="Times New Roman"/>
        </w:rPr>
        <w:t xml:space="preserve"> à </w:t>
      </w:r>
      <w:proofErr w:type="spellStart"/>
      <w:r w:rsidRPr="00956D9A">
        <w:rPr>
          <w:rFonts w:eastAsia="MS Mincho" w:cs="Times New Roman"/>
        </w:rPr>
        <w:t>l'autre</w:t>
      </w:r>
      <w:proofErr w:type="spellEnd"/>
      <w:r w:rsidRPr="00956D9A">
        <w:rPr>
          <w:rFonts w:eastAsia="MS Mincho" w:cs="Times New Roman"/>
        </w:rPr>
        <w:t xml:space="preserve">, </w:t>
      </w:r>
      <w:proofErr w:type="spellStart"/>
      <w:r w:rsidRPr="00956D9A">
        <w:rPr>
          <w:rFonts w:eastAsia="MS Mincho" w:cs="Times New Roman"/>
        </w:rPr>
        <w:t>alors</w:t>
      </w:r>
      <w:proofErr w:type="spellEnd"/>
      <w:r w:rsidRPr="00956D9A">
        <w:rPr>
          <w:rFonts w:eastAsia="MS Mincho" w:cs="Times New Roman"/>
        </w:rPr>
        <w:t xml:space="preserve"> </w:t>
      </w:r>
      <w:proofErr w:type="spellStart"/>
      <w:r w:rsidRPr="00956D9A">
        <w:rPr>
          <w:rFonts w:eastAsia="MS Mincho" w:cs="Times New Roman"/>
        </w:rPr>
        <w:t>que</w:t>
      </w:r>
      <w:proofErr w:type="spellEnd"/>
      <w:r w:rsidRPr="00956D9A">
        <w:rPr>
          <w:rFonts w:eastAsia="MS Mincho" w:cs="Times New Roman"/>
        </w:rPr>
        <w:t xml:space="preserve"> </w:t>
      </w:r>
      <w:proofErr w:type="spellStart"/>
      <w:r w:rsidRPr="00956D9A">
        <w:rPr>
          <w:rFonts w:eastAsia="MS Mincho" w:cs="Times New Roman"/>
        </w:rPr>
        <w:t>toutes</w:t>
      </w:r>
      <w:proofErr w:type="spellEnd"/>
      <w:r w:rsidRPr="00956D9A">
        <w:rPr>
          <w:rFonts w:eastAsia="MS Mincho" w:cs="Times New Roman"/>
        </w:rPr>
        <w:t xml:space="preserve"> </w:t>
      </w:r>
      <w:proofErr w:type="spellStart"/>
      <w:r w:rsidRPr="00956D9A">
        <w:rPr>
          <w:rFonts w:eastAsia="MS Mincho" w:cs="Times New Roman"/>
        </w:rPr>
        <w:t>appliquent</w:t>
      </w:r>
      <w:proofErr w:type="spellEnd"/>
      <w:r w:rsidRPr="00956D9A">
        <w:rPr>
          <w:rFonts w:eastAsia="MS Mincho" w:cs="Times New Roman"/>
        </w:rPr>
        <w:t xml:space="preserve"> les </w:t>
      </w:r>
      <w:proofErr w:type="spellStart"/>
      <w:r w:rsidRPr="00956D9A">
        <w:rPr>
          <w:rFonts w:eastAsia="MS Mincho" w:cs="Times New Roman"/>
        </w:rPr>
        <w:t>mêmes</w:t>
      </w:r>
      <w:proofErr w:type="spellEnd"/>
      <w:r w:rsidRPr="00956D9A">
        <w:rPr>
          <w:rFonts w:eastAsia="MS Mincho" w:cs="Times New Roman"/>
        </w:rPr>
        <w:t xml:space="preserve"> obligations </w:t>
      </w:r>
      <w:proofErr w:type="spellStart"/>
      <w:r w:rsidRPr="00956D9A">
        <w:rPr>
          <w:rFonts w:eastAsia="MS Mincho" w:cs="Times New Roman"/>
        </w:rPr>
        <w:t>réglementaires</w:t>
      </w:r>
      <w:proofErr w:type="spellEnd"/>
      <w:r w:rsidRPr="00956D9A">
        <w:rPr>
          <w:rFonts w:eastAsia="MS Mincho" w:cs="Times New Roman"/>
        </w:rPr>
        <w:t xml:space="preserve"> ?</w:t>
      </w:r>
    </w:p>
    <w:p w14:paraId="289F5D21" w14:textId="77777777" w:rsidR="00956D9A" w:rsidRPr="00956D9A" w:rsidRDefault="00956D9A" w:rsidP="00956D9A">
      <w:pPr>
        <w:rPr>
          <w:rFonts w:eastAsia="MS Mincho" w:cs="Times New Roman"/>
        </w:rPr>
      </w:pPr>
    </w:p>
    <w:p w14:paraId="04C47C54" w14:textId="77777777" w:rsidR="00956D9A" w:rsidRPr="00956D9A" w:rsidRDefault="00956D9A" w:rsidP="00956D9A">
      <w:pPr>
        <w:rPr>
          <w:rFonts w:eastAsia="MS Mincho" w:cs="Times New Roman"/>
        </w:rPr>
      </w:pPr>
      <w:r w:rsidRPr="00956D9A">
        <w:rPr>
          <w:rFonts w:eastAsia="MS Mincho" w:cs="Times New Roman"/>
        </w:rPr>
        <w:t>OÙ/QUI ?</w:t>
      </w:r>
    </w:p>
    <w:p w14:paraId="00E264FB"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Dans les PME </w:t>
      </w:r>
      <w:proofErr w:type="spellStart"/>
      <w:r w:rsidRPr="00956D9A">
        <w:rPr>
          <w:rFonts w:eastAsia="MS Mincho" w:cs="Times New Roman"/>
        </w:rPr>
        <w:t>industrielles</w:t>
      </w:r>
      <w:proofErr w:type="spellEnd"/>
      <w:r w:rsidRPr="00956D9A">
        <w:rPr>
          <w:rFonts w:eastAsia="MS Mincho" w:cs="Times New Roman"/>
        </w:rPr>
        <w:t xml:space="preserve"> (50-250 </w:t>
      </w:r>
      <w:proofErr w:type="spellStart"/>
      <w:r w:rsidRPr="00956D9A">
        <w:rPr>
          <w:rFonts w:eastAsia="MS Mincho" w:cs="Times New Roman"/>
        </w:rPr>
        <w:t>salariés</w:t>
      </w:r>
      <w:proofErr w:type="spellEnd"/>
      <w:r w:rsidRPr="00956D9A">
        <w:rPr>
          <w:rFonts w:eastAsia="MS Mincho" w:cs="Times New Roman"/>
        </w:rPr>
        <w:t xml:space="preserve">) de la </w:t>
      </w:r>
      <w:proofErr w:type="spellStart"/>
      <w:r w:rsidRPr="00956D9A">
        <w:rPr>
          <w:rFonts w:eastAsia="MS Mincho" w:cs="Times New Roman"/>
        </w:rPr>
        <w:t>région</w:t>
      </w:r>
      <w:proofErr w:type="spellEnd"/>
      <w:r w:rsidRPr="00956D9A">
        <w:rPr>
          <w:rFonts w:eastAsia="MS Mincho" w:cs="Times New Roman"/>
        </w:rPr>
        <w:t xml:space="preserve"> Provence-Alpes-Côte d'Azur du </w:t>
      </w:r>
      <w:proofErr w:type="spellStart"/>
      <w:r w:rsidRPr="00956D9A">
        <w:rPr>
          <w:rFonts w:eastAsia="MS Mincho" w:cs="Times New Roman"/>
        </w:rPr>
        <w:t>secteur</w:t>
      </w:r>
      <w:proofErr w:type="spellEnd"/>
      <w:r w:rsidRPr="00956D9A">
        <w:rPr>
          <w:rFonts w:eastAsia="MS Mincho" w:cs="Times New Roman"/>
        </w:rPr>
        <w:t xml:space="preserve"> </w:t>
      </w:r>
      <w:proofErr w:type="spellStart"/>
      <w:r w:rsidRPr="00956D9A">
        <w:rPr>
          <w:rFonts w:eastAsia="MS Mincho" w:cs="Times New Roman"/>
        </w:rPr>
        <w:t>métallurgie</w:t>
      </w:r>
      <w:proofErr w:type="spellEnd"/>
    </w:p>
    <w:p w14:paraId="0848A915" w14:textId="77777777" w:rsidR="00956D9A" w:rsidRPr="00956D9A" w:rsidRDefault="00956D9A" w:rsidP="00956D9A">
      <w:pPr>
        <w:rPr>
          <w:rFonts w:eastAsia="MS Mincho" w:cs="Times New Roman"/>
        </w:rPr>
      </w:pPr>
    </w:p>
    <w:p w14:paraId="668B516F" w14:textId="77777777" w:rsidR="00956D9A" w:rsidRPr="00956D9A" w:rsidRDefault="00956D9A" w:rsidP="00956D9A">
      <w:pPr>
        <w:rPr>
          <w:rFonts w:eastAsia="MS Mincho" w:cs="Times New Roman"/>
        </w:rPr>
      </w:pPr>
      <w:r w:rsidRPr="00956D9A">
        <w:rPr>
          <w:rFonts w:eastAsia="MS Mincho" w:cs="Times New Roman"/>
        </w:rPr>
        <w:t>PROBLÉMATIQUE FINALE :</w:t>
      </w:r>
    </w:p>
    <w:p w14:paraId="09C00D9F" w14:textId="77777777" w:rsidR="00956D9A" w:rsidRPr="00956D9A" w:rsidRDefault="00956D9A" w:rsidP="00956D9A">
      <w:pPr>
        <w:rPr>
          <w:rFonts w:eastAsia="MS Mincho" w:cs="Times New Roman"/>
        </w:rPr>
      </w:pPr>
      <w:r w:rsidRPr="00956D9A">
        <w:rPr>
          <w:rFonts w:eastAsia="MS Mincho" w:cs="Times New Roman"/>
        </w:rPr>
        <w:t xml:space="preserve">"Comment </w:t>
      </w:r>
      <w:proofErr w:type="spellStart"/>
      <w:r w:rsidRPr="00956D9A">
        <w:rPr>
          <w:rFonts w:eastAsia="MS Mincho" w:cs="Times New Roman"/>
        </w:rPr>
        <w:t>expliquer</w:t>
      </w:r>
      <w:proofErr w:type="spellEnd"/>
      <w:r w:rsidRPr="00956D9A">
        <w:rPr>
          <w:rFonts w:eastAsia="MS Mincho" w:cs="Times New Roman"/>
        </w:rPr>
        <w:t xml:space="preserve"> les variations </w:t>
      </w:r>
      <w:proofErr w:type="spellStart"/>
      <w:r w:rsidRPr="00956D9A">
        <w:rPr>
          <w:rFonts w:eastAsia="MS Mincho" w:cs="Times New Roman"/>
        </w:rPr>
        <w:t>d'engagement</w:t>
      </w:r>
      <w:proofErr w:type="spellEnd"/>
      <w:r w:rsidRPr="00956D9A">
        <w:rPr>
          <w:rFonts w:eastAsia="MS Mincho" w:cs="Times New Roman"/>
        </w:rPr>
        <w:t xml:space="preserve"> des </w:t>
      </w:r>
      <w:proofErr w:type="spellStart"/>
      <w:r w:rsidRPr="00956D9A">
        <w:rPr>
          <w:rFonts w:eastAsia="MS Mincho" w:cs="Times New Roman"/>
        </w:rPr>
        <w:t>salariés</w:t>
      </w:r>
      <w:proofErr w:type="spellEnd"/>
      <w:r w:rsidRPr="00956D9A">
        <w:rPr>
          <w:rFonts w:eastAsia="MS Mincho" w:cs="Times New Roman"/>
        </w:rPr>
        <w:t xml:space="preserve"> dans les démarches de </w:t>
      </w:r>
      <w:proofErr w:type="spellStart"/>
      <w:r w:rsidRPr="00956D9A">
        <w:rPr>
          <w:rFonts w:eastAsia="MS Mincho" w:cs="Times New Roman"/>
        </w:rPr>
        <w:t>prévention</w:t>
      </w:r>
      <w:proofErr w:type="spellEnd"/>
      <w:r w:rsidRPr="00956D9A">
        <w:rPr>
          <w:rFonts w:eastAsia="MS Mincho" w:cs="Times New Roman"/>
        </w:rPr>
        <w:t xml:space="preserve"> des </w:t>
      </w:r>
      <w:proofErr w:type="spellStart"/>
      <w:r w:rsidRPr="00956D9A">
        <w:rPr>
          <w:rFonts w:eastAsia="MS Mincho" w:cs="Times New Roman"/>
        </w:rPr>
        <w:t>risques</w:t>
      </w:r>
      <w:proofErr w:type="spellEnd"/>
      <w:r w:rsidRPr="00956D9A">
        <w:rPr>
          <w:rFonts w:eastAsia="MS Mincho" w:cs="Times New Roman"/>
        </w:rPr>
        <w:t xml:space="preserve"> </w:t>
      </w:r>
      <w:proofErr w:type="spellStart"/>
      <w:r w:rsidRPr="00956D9A">
        <w:rPr>
          <w:rFonts w:eastAsia="MS Mincho" w:cs="Times New Roman"/>
        </w:rPr>
        <w:t>professionnels</w:t>
      </w:r>
      <w:proofErr w:type="spellEnd"/>
      <w:r w:rsidRPr="00956D9A">
        <w:rPr>
          <w:rFonts w:eastAsia="MS Mincho" w:cs="Times New Roman"/>
        </w:rPr>
        <w:t xml:space="preserve"> au sein des PME </w:t>
      </w:r>
      <w:proofErr w:type="spellStart"/>
      <w:r w:rsidRPr="00956D9A">
        <w:rPr>
          <w:rFonts w:eastAsia="MS Mincho" w:cs="Times New Roman"/>
        </w:rPr>
        <w:t>industrielles</w:t>
      </w:r>
      <w:proofErr w:type="spellEnd"/>
      <w:r w:rsidRPr="00956D9A">
        <w:rPr>
          <w:rFonts w:eastAsia="MS Mincho" w:cs="Times New Roman"/>
        </w:rPr>
        <w:t xml:space="preserve"> de la </w:t>
      </w:r>
      <w:proofErr w:type="spellStart"/>
      <w:r w:rsidRPr="00956D9A">
        <w:rPr>
          <w:rFonts w:eastAsia="MS Mincho" w:cs="Times New Roman"/>
        </w:rPr>
        <w:t>métallurgie</w:t>
      </w:r>
      <w:proofErr w:type="spellEnd"/>
      <w:r w:rsidRPr="00956D9A">
        <w:rPr>
          <w:rFonts w:eastAsia="MS Mincho" w:cs="Times New Roman"/>
        </w:rPr>
        <w:t xml:space="preserve"> </w:t>
      </w:r>
      <w:proofErr w:type="spellStart"/>
      <w:r w:rsidRPr="00956D9A">
        <w:rPr>
          <w:rFonts w:eastAsia="MS Mincho" w:cs="Times New Roman"/>
        </w:rPr>
        <w:t>en</w:t>
      </w:r>
      <w:proofErr w:type="spellEnd"/>
      <w:r w:rsidRPr="00956D9A">
        <w:rPr>
          <w:rFonts w:eastAsia="MS Mincho" w:cs="Times New Roman"/>
        </w:rPr>
        <w:t xml:space="preserve"> </w:t>
      </w:r>
      <w:proofErr w:type="spellStart"/>
      <w:r w:rsidRPr="00956D9A">
        <w:rPr>
          <w:rFonts w:eastAsia="MS Mincho" w:cs="Times New Roman"/>
        </w:rPr>
        <w:t>région</w:t>
      </w:r>
      <w:proofErr w:type="spellEnd"/>
      <w:r w:rsidRPr="00956D9A">
        <w:rPr>
          <w:rFonts w:eastAsia="MS Mincho" w:cs="Times New Roman"/>
        </w:rPr>
        <w:t xml:space="preserve"> PACA, </w:t>
      </w:r>
      <w:proofErr w:type="spellStart"/>
      <w:r w:rsidRPr="00956D9A">
        <w:rPr>
          <w:rFonts w:eastAsia="MS Mincho" w:cs="Times New Roman"/>
        </w:rPr>
        <w:t>alors</w:t>
      </w:r>
      <w:proofErr w:type="spellEnd"/>
      <w:r w:rsidRPr="00956D9A">
        <w:rPr>
          <w:rFonts w:eastAsia="MS Mincho" w:cs="Times New Roman"/>
        </w:rPr>
        <w:t xml:space="preserve"> </w:t>
      </w:r>
      <w:proofErr w:type="spellStart"/>
      <w:r w:rsidRPr="00956D9A">
        <w:rPr>
          <w:rFonts w:eastAsia="MS Mincho" w:cs="Times New Roman"/>
        </w:rPr>
        <w:t>que</w:t>
      </w:r>
      <w:proofErr w:type="spellEnd"/>
      <w:r w:rsidRPr="00956D9A">
        <w:rPr>
          <w:rFonts w:eastAsia="MS Mincho" w:cs="Times New Roman"/>
        </w:rPr>
        <w:t xml:space="preserve"> </w:t>
      </w:r>
      <w:proofErr w:type="spellStart"/>
      <w:r w:rsidRPr="00956D9A">
        <w:rPr>
          <w:rFonts w:eastAsia="MS Mincho" w:cs="Times New Roman"/>
        </w:rPr>
        <w:t>ces</w:t>
      </w:r>
      <w:proofErr w:type="spellEnd"/>
      <w:r w:rsidRPr="00956D9A">
        <w:rPr>
          <w:rFonts w:eastAsia="MS Mincho" w:cs="Times New Roman"/>
        </w:rPr>
        <w:t xml:space="preserve"> </w:t>
      </w:r>
      <w:proofErr w:type="spellStart"/>
      <w:r w:rsidRPr="00956D9A">
        <w:rPr>
          <w:rFonts w:eastAsia="MS Mincho" w:cs="Times New Roman"/>
        </w:rPr>
        <w:t>entreprises</w:t>
      </w:r>
      <w:proofErr w:type="spellEnd"/>
      <w:r w:rsidRPr="00956D9A">
        <w:rPr>
          <w:rFonts w:eastAsia="MS Mincho" w:cs="Times New Roman"/>
        </w:rPr>
        <w:t xml:space="preserve"> </w:t>
      </w:r>
      <w:proofErr w:type="spellStart"/>
      <w:r w:rsidRPr="00956D9A">
        <w:rPr>
          <w:rFonts w:eastAsia="MS Mincho" w:cs="Times New Roman"/>
        </w:rPr>
        <w:t>sont</w:t>
      </w:r>
      <w:proofErr w:type="spellEnd"/>
      <w:r w:rsidRPr="00956D9A">
        <w:rPr>
          <w:rFonts w:eastAsia="MS Mincho" w:cs="Times New Roman"/>
        </w:rPr>
        <w:t xml:space="preserve"> </w:t>
      </w:r>
      <w:proofErr w:type="spellStart"/>
      <w:r w:rsidRPr="00956D9A">
        <w:rPr>
          <w:rFonts w:eastAsia="MS Mincho" w:cs="Times New Roman"/>
        </w:rPr>
        <w:t>soumises</w:t>
      </w:r>
      <w:proofErr w:type="spellEnd"/>
      <w:r w:rsidRPr="00956D9A">
        <w:rPr>
          <w:rFonts w:eastAsia="MS Mincho" w:cs="Times New Roman"/>
        </w:rPr>
        <w:t xml:space="preserve"> aux </w:t>
      </w:r>
      <w:proofErr w:type="spellStart"/>
      <w:r w:rsidRPr="00956D9A">
        <w:rPr>
          <w:rFonts w:eastAsia="MS Mincho" w:cs="Times New Roman"/>
        </w:rPr>
        <w:t>mêmes</w:t>
      </w:r>
      <w:proofErr w:type="spellEnd"/>
      <w:r w:rsidRPr="00956D9A">
        <w:rPr>
          <w:rFonts w:eastAsia="MS Mincho" w:cs="Times New Roman"/>
        </w:rPr>
        <w:t xml:space="preserve"> obligations </w:t>
      </w:r>
      <w:proofErr w:type="spellStart"/>
      <w:r w:rsidRPr="00956D9A">
        <w:rPr>
          <w:rFonts w:eastAsia="MS Mincho" w:cs="Times New Roman"/>
        </w:rPr>
        <w:t>réglementaires</w:t>
      </w:r>
      <w:proofErr w:type="spellEnd"/>
      <w:r w:rsidRPr="00956D9A">
        <w:rPr>
          <w:rFonts w:eastAsia="MS Mincho" w:cs="Times New Roman"/>
        </w:rPr>
        <w:t xml:space="preserve"> ?"</w:t>
      </w:r>
    </w:p>
    <w:p w14:paraId="4D54AA78" w14:textId="77777777" w:rsidR="003E2A88" w:rsidRDefault="003E2A88" w:rsidP="00956D9A">
      <w:pPr>
        <w:rPr>
          <w:rFonts w:eastAsia="MS Mincho" w:cs="Times New Roman"/>
        </w:rPr>
      </w:pPr>
    </w:p>
    <w:p w14:paraId="6816CF1E" w14:textId="5A0001DF" w:rsidR="00956D9A" w:rsidRPr="00956D9A" w:rsidRDefault="00956D9A" w:rsidP="00956D9A">
      <w:pPr>
        <w:rPr>
          <w:rFonts w:eastAsia="MS Mincho" w:cs="Times New Roman"/>
        </w:rPr>
      </w:pPr>
      <w:r w:rsidRPr="00956D9A">
        <w:rPr>
          <w:rFonts w:eastAsia="MS Mincho" w:cs="Times New Roman"/>
        </w:rPr>
        <w:t xml:space="preserve">VÉRIFICATION RAPIDE - </w:t>
      </w:r>
      <w:proofErr w:type="spellStart"/>
      <w:r w:rsidRPr="00956D9A">
        <w:rPr>
          <w:rFonts w:eastAsia="MS Mincho" w:cs="Times New Roman"/>
        </w:rPr>
        <w:t>Votre</w:t>
      </w:r>
      <w:proofErr w:type="spellEnd"/>
      <w:r w:rsidRPr="00956D9A">
        <w:rPr>
          <w:rFonts w:eastAsia="MS Mincho" w:cs="Times New Roman"/>
        </w:rPr>
        <w:t xml:space="preserve"> </w:t>
      </w:r>
      <w:proofErr w:type="spellStart"/>
      <w:r w:rsidRPr="00956D9A">
        <w:rPr>
          <w:rFonts w:eastAsia="MS Mincho" w:cs="Times New Roman"/>
        </w:rPr>
        <w:t>problématique</w:t>
      </w:r>
      <w:proofErr w:type="spellEnd"/>
      <w:r w:rsidRPr="00956D9A">
        <w:rPr>
          <w:rFonts w:eastAsia="MS Mincho" w:cs="Times New Roman"/>
        </w:rPr>
        <w:t xml:space="preserve"> :</w:t>
      </w:r>
    </w:p>
    <w:p w14:paraId="0AD36331" w14:textId="6DEF3B25" w:rsidR="00956D9A" w:rsidRPr="006A5B1C" w:rsidRDefault="00956D9A" w:rsidP="006A5B1C">
      <w:pPr>
        <w:pStyle w:val="Paragraphedeliste"/>
        <w:numPr>
          <w:ilvl w:val="0"/>
          <w:numId w:val="10"/>
        </w:numPr>
        <w:tabs>
          <w:tab w:val="num" w:pos="360"/>
        </w:tabs>
        <w:rPr>
          <w:rFonts w:eastAsia="MS Mincho" w:cs="Times New Roman"/>
        </w:rPr>
      </w:pPr>
      <w:r w:rsidRPr="006A5B1C">
        <w:rPr>
          <w:rFonts w:eastAsia="MS Mincho" w:cs="Times New Roman"/>
        </w:rPr>
        <w:t xml:space="preserve"> </w:t>
      </w:r>
      <w:proofErr w:type="spellStart"/>
      <w:r w:rsidRPr="006A5B1C">
        <w:rPr>
          <w:rFonts w:eastAsia="MS Mincho" w:cs="Times New Roman"/>
        </w:rPr>
        <w:t>Articule</w:t>
      </w:r>
      <w:proofErr w:type="spellEnd"/>
      <w:r w:rsidRPr="006A5B1C">
        <w:rPr>
          <w:rFonts w:eastAsia="MS Mincho" w:cs="Times New Roman"/>
        </w:rPr>
        <w:t xml:space="preserve"> bien les 3 dimensions (QUOI + COMMENT/POURQUOI + OÙ/QUI)</w:t>
      </w:r>
    </w:p>
    <w:p w14:paraId="6A90F709" w14:textId="0DBCD987" w:rsidR="00956D9A" w:rsidRPr="006A5B1C" w:rsidRDefault="00956D9A" w:rsidP="006A5B1C">
      <w:pPr>
        <w:pStyle w:val="Paragraphedeliste"/>
        <w:numPr>
          <w:ilvl w:val="0"/>
          <w:numId w:val="10"/>
        </w:numPr>
        <w:tabs>
          <w:tab w:val="num" w:pos="360"/>
        </w:tabs>
        <w:rPr>
          <w:rFonts w:eastAsia="MS Mincho" w:cs="Times New Roman"/>
        </w:rPr>
      </w:pPr>
      <w:r w:rsidRPr="006A5B1C">
        <w:rPr>
          <w:rFonts w:eastAsia="MS Mincho" w:cs="Times New Roman"/>
        </w:rPr>
        <w:t xml:space="preserve"> </w:t>
      </w:r>
      <w:proofErr w:type="spellStart"/>
      <w:r w:rsidRPr="006A5B1C">
        <w:rPr>
          <w:rFonts w:eastAsia="MS Mincho" w:cs="Times New Roman"/>
        </w:rPr>
        <w:t>Identifie</w:t>
      </w:r>
      <w:proofErr w:type="spellEnd"/>
      <w:r w:rsidRPr="006A5B1C">
        <w:rPr>
          <w:rFonts w:eastAsia="MS Mincho" w:cs="Times New Roman"/>
        </w:rPr>
        <w:t xml:space="preserve"> </w:t>
      </w:r>
      <w:proofErr w:type="spellStart"/>
      <w:r w:rsidRPr="006A5B1C">
        <w:rPr>
          <w:rFonts w:eastAsia="MS Mincho" w:cs="Times New Roman"/>
        </w:rPr>
        <w:t>une</w:t>
      </w:r>
      <w:proofErr w:type="spellEnd"/>
      <w:r w:rsidRPr="006A5B1C">
        <w:rPr>
          <w:rFonts w:eastAsia="MS Mincho" w:cs="Times New Roman"/>
        </w:rPr>
        <w:t xml:space="preserve"> tension </w:t>
      </w:r>
      <w:proofErr w:type="spellStart"/>
      <w:r w:rsidRPr="006A5B1C">
        <w:rPr>
          <w:rFonts w:eastAsia="MS Mincho" w:cs="Times New Roman"/>
        </w:rPr>
        <w:t>ou</w:t>
      </w:r>
      <w:proofErr w:type="spellEnd"/>
      <w:r w:rsidRPr="006A5B1C">
        <w:rPr>
          <w:rFonts w:eastAsia="MS Mincho" w:cs="Times New Roman"/>
        </w:rPr>
        <w:t xml:space="preserve"> un </w:t>
      </w:r>
      <w:proofErr w:type="spellStart"/>
      <w:r w:rsidRPr="006A5B1C">
        <w:rPr>
          <w:rFonts w:eastAsia="MS Mincho" w:cs="Times New Roman"/>
        </w:rPr>
        <w:t>paradoxe</w:t>
      </w:r>
      <w:proofErr w:type="spellEnd"/>
      <w:r w:rsidRPr="006A5B1C">
        <w:rPr>
          <w:rFonts w:eastAsia="MS Mincho" w:cs="Times New Roman"/>
        </w:rPr>
        <w:t xml:space="preserve"> à </w:t>
      </w:r>
      <w:proofErr w:type="spellStart"/>
      <w:r w:rsidRPr="006A5B1C">
        <w:rPr>
          <w:rFonts w:eastAsia="MS Mincho" w:cs="Times New Roman"/>
        </w:rPr>
        <w:t>expliquer</w:t>
      </w:r>
      <w:proofErr w:type="spellEnd"/>
    </w:p>
    <w:p w14:paraId="566202DD" w14:textId="20F1D6DA" w:rsidR="00956D9A" w:rsidRPr="006A5B1C" w:rsidRDefault="00956D9A" w:rsidP="006A5B1C">
      <w:pPr>
        <w:pStyle w:val="Paragraphedeliste"/>
        <w:numPr>
          <w:ilvl w:val="0"/>
          <w:numId w:val="10"/>
        </w:numPr>
        <w:tabs>
          <w:tab w:val="num" w:pos="360"/>
        </w:tabs>
        <w:rPr>
          <w:rFonts w:eastAsia="MS Mincho" w:cs="Times New Roman"/>
        </w:rPr>
      </w:pPr>
      <w:r w:rsidRPr="006A5B1C">
        <w:rPr>
          <w:rFonts w:eastAsia="MS Mincho" w:cs="Times New Roman"/>
        </w:rPr>
        <w:t xml:space="preserve"> </w:t>
      </w:r>
      <w:proofErr w:type="spellStart"/>
      <w:r w:rsidRPr="006A5B1C">
        <w:rPr>
          <w:rFonts w:eastAsia="MS Mincho" w:cs="Times New Roman"/>
        </w:rPr>
        <w:t>Délimite</w:t>
      </w:r>
      <w:proofErr w:type="spellEnd"/>
      <w:r w:rsidRPr="006A5B1C">
        <w:rPr>
          <w:rFonts w:eastAsia="MS Mincho" w:cs="Times New Roman"/>
        </w:rPr>
        <w:t xml:space="preserve"> </w:t>
      </w:r>
      <w:proofErr w:type="spellStart"/>
      <w:r w:rsidRPr="006A5B1C">
        <w:rPr>
          <w:rFonts w:eastAsia="MS Mincho" w:cs="Times New Roman"/>
        </w:rPr>
        <w:t>clairement</w:t>
      </w:r>
      <w:proofErr w:type="spellEnd"/>
      <w:r w:rsidRPr="006A5B1C">
        <w:rPr>
          <w:rFonts w:eastAsia="MS Mincho" w:cs="Times New Roman"/>
        </w:rPr>
        <w:t xml:space="preserve"> le terrain </w:t>
      </w:r>
      <w:proofErr w:type="spellStart"/>
      <w:r w:rsidRPr="006A5B1C">
        <w:rPr>
          <w:rFonts w:eastAsia="MS Mincho" w:cs="Times New Roman"/>
        </w:rPr>
        <w:t>d'investigation</w:t>
      </w:r>
      <w:proofErr w:type="spellEnd"/>
    </w:p>
    <w:p w14:paraId="0914B606" w14:textId="78CC359E" w:rsidR="00956D9A" w:rsidRPr="006A5B1C" w:rsidRDefault="00956D9A" w:rsidP="006A5B1C">
      <w:pPr>
        <w:pStyle w:val="Paragraphedeliste"/>
        <w:numPr>
          <w:ilvl w:val="0"/>
          <w:numId w:val="10"/>
        </w:numPr>
        <w:tabs>
          <w:tab w:val="num" w:pos="360"/>
        </w:tabs>
        <w:rPr>
          <w:rFonts w:eastAsia="MS Mincho" w:cs="Times New Roman"/>
        </w:rPr>
      </w:pPr>
      <w:r w:rsidRPr="006A5B1C">
        <w:rPr>
          <w:rFonts w:eastAsia="MS Mincho" w:cs="Times New Roman"/>
        </w:rPr>
        <w:t xml:space="preserve"> </w:t>
      </w:r>
      <w:proofErr w:type="spellStart"/>
      <w:r w:rsidRPr="006A5B1C">
        <w:rPr>
          <w:rFonts w:eastAsia="MS Mincho" w:cs="Times New Roman"/>
        </w:rPr>
        <w:t>Suggère</w:t>
      </w:r>
      <w:proofErr w:type="spellEnd"/>
      <w:r w:rsidRPr="006A5B1C">
        <w:rPr>
          <w:rFonts w:eastAsia="MS Mincho" w:cs="Times New Roman"/>
        </w:rPr>
        <w:t xml:space="preserve"> </w:t>
      </w:r>
      <w:proofErr w:type="spellStart"/>
      <w:r w:rsidRPr="006A5B1C">
        <w:rPr>
          <w:rFonts w:eastAsia="MS Mincho" w:cs="Times New Roman"/>
        </w:rPr>
        <w:t>qu'il</w:t>
      </w:r>
      <w:proofErr w:type="spellEnd"/>
      <w:r w:rsidRPr="006A5B1C">
        <w:rPr>
          <w:rFonts w:eastAsia="MS Mincho" w:cs="Times New Roman"/>
        </w:rPr>
        <w:t xml:space="preserve"> </w:t>
      </w:r>
      <w:proofErr w:type="spellStart"/>
      <w:r w:rsidRPr="006A5B1C">
        <w:rPr>
          <w:rFonts w:eastAsia="MS Mincho" w:cs="Times New Roman"/>
        </w:rPr>
        <w:t>faudra</w:t>
      </w:r>
      <w:proofErr w:type="spellEnd"/>
      <w:r w:rsidRPr="006A5B1C">
        <w:rPr>
          <w:rFonts w:eastAsia="MS Mincho" w:cs="Times New Roman"/>
        </w:rPr>
        <w:t xml:space="preserve"> </w:t>
      </w:r>
      <w:proofErr w:type="spellStart"/>
      <w:r w:rsidRPr="006A5B1C">
        <w:rPr>
          <w:rFonts w:eastAsia="MS Mincho" w:cs="Times New Roman"/>
        </w:rPr>
        <w:t>enquêter</w:t>
      </w:r>
      <w:proofErr w:type="spellEnd"/>
      <w:r w:rsidRPr="006A5B1C">
        <w:rPr>
          <w:rFonts w:eastAsia="MS Mincho" w:cs="Times New Roman"/>
        </w:rPr>
        <w:t xml:space="preserve"> pour </w:t>
      </w:r>
      <w:proofErr w:type="spellStart"/>
      <w:r w:rsidRPr="006A5B1C">
        <w:rPr>
          <w:rFonts w:eastAsia="MS Mincho" w:cs="Times New Roman"/>
        </w:rPr>
        <w:t>répondre</w:t>
      </w:r>
      <w:proofErr w:type="spellEnd"/>
    </w:p>
    <w:p w14:paraId="7A97C092" w14:textId="4D31F917" w:rsidR="00956D9A" w:rsidRPr="006A5B1C" w:rsidRDefault="00956D9A" w:rsidP="006A5B1C">
      <w:pPr>
        <w:pStyle w:val="Paragraphedeliste"/>
        <w:numPr>
          <w:ilvl w:val="0"/>
          <w:numId w:val="10"/>
        </w:numPr>
        <w:tabs>
          <w:tab w:val="num" w:pos="360"/>
        </w:tabs>
        <w:rPr>
          <w:rFonts w:eastAsia="MS Mincho" w:cs="Times New Roman"/>
        </w:rPr>
      </w:pPr>
      <w:r w:rsidRPr="006A5B1C">
        <w:rPr>
          <w:rFonts w:eastAsia="MS Mincho" w:cs="Times New Roman"/>
        </w:rPr>
        <w:t xml:space="preserve"> </w:t>
      </w:r>
      <w:proofErr w:type="spellStart"/>
      <w:r w:rsidRPr="006A5B1C">
        <w:rPr>
          <w:rFonts w:eastAsia="MS Mincho" w:cs="Times New Roman"/>
        </w:rPr>
        <w:t>N'est</w:t>
      </w:r>
      <w:proofErr w:type="spellEnd"/>
      <w:r w:rsidRPr="006A5B1C">
        <w:rPr>
          <w:rFonts w:eastAsia="MS Mincho" w:cs="Times New Roman"/>
        </w:rPr>
        <w:t xml:space="preserve"> </w:t>
      </w:r>
      <w:proofErr w:type="spellStart"/>
      <w:r w:rsidRPr="006A5B1C">
        <w:rPr>
          <w:rFonts w:eastAsia="MS Mincho" w:cs="Times New Roman"/>
        </w:rPr>
        <w:t>ni</w:t>
      </w:r>
      <w:proofErr w:type="spellEnd"/>
      <w:r w:rsidRPr="006A5B1C">
        <w:rPr>
          <w:rFonts w:eastAsia="MS Mincho" w:cs="Times New Roman"/>
        </w:rPr>
        <w:t xml:space="preserve"> trop large </w:t>
      </w:r>
      <w:proofErr w:type="spellStart"/>
      <w:r w:rsidRPr="006A5B1C">
        <w:rPr>
          <w:rFonts w:eastAsia="MS Mincho" w:cs="Times New Roman"/>
        </w:rPr>
        <w:t>ni</w:t>
      </w:r>
      <w:proofErr w:type="spellEnd"/>
      <w:r w:rsidRPr="006A5B1C">
        <w:rPr>
          <w:rFonts w:eastAsia="MS Mincho" w:cs="Times New Roman"/>
        </w:rPr>
        <w:t xml:space="preserve"> trop </w:t>
      </w:r>
      <w:proofErr w:type="spellStart"/>
      <w:r w:rsidRPr="006A5B1C">
        <w:rPr>
          <w:rFonts w:eastAsia="MS Mincho" w:cs="Times New Roman"/>
        </w:rPr>
        <w:t>étroite</w:t>
      </w:r>
      <w:proofErr w:type="spellEnd"/>
    </w:p>
    <w:p w14:paraId="249B5E5A" w14:textId="77777777" w:rsidR="006A5B1C" w:rsidRDefault="006A5B1C" w:rsidP="00956D9A">
      <w:pPr>
        <w:keepNext/>
        <w:keepLines/>
        <w:spacing w:before="480" w:after="0"/>
        <w:jc w:val="center"/>
        <w:outlineLvl w:val="0"/>
        <w:rPr>
          <w:rFonts w:eastAsia="MS Gothic" w:cs="Times New Roman"/>
          <w:b/>
          <w:bCs/>
          <w:color w:val="365F91" w:themeColor="accent1" w:themeShade="BF"/>
          <w:sz w:val="28"/>
          <w:szCs w:val="28"/>
        </w:rPr>
      </w:pPr>
    </w:p>
    <w:p w14:paraId="2594771D" w14:textId="112DC997" w:rsidR="00956D9A" w:rsidRPr="00956D9A" w:rsidRDefault="00956D9A" w:rsidP="00956D9A">
      <w:pPr>
        <w:keepNext/>
        <w:keepLines/>
        <w:spacing w:before="480" w:after="0"/>
        <w:jc w:val="center"/>
        <w:outlineLvl w:val="0"/>
        <w:rPr>
          <w:rFonts w:eastAsia="MS Gothic" w:cs="Times New Roman"/>
          <w:b/>
          <w:bCs/>
          <w:color w:val="EE0000"/>
          <w:sz w:val="28"/>
          <w:szCs w:val="28"/>
        </w:rPr>
      </w:pPr>
      <w:r w:rsidRPr="00956D9A">
        <w:rPr>
          <w:rFonts w:eastAsia="MS Gothic" w:cs="Times New Roman"/>
          <w:b/>
          <w:bCs/>
          <w:color w:val="EE0000"/>
          <w:sz w:val="28"/>
          <w:szCs w:val="28"/>
        </w:rPr>
        <w:t>GRILLE D'AUTO-ÉVALUATION DE MA PROBLÉMATIQUE</w:t>
      </w:r>
    </w:p>
    <w:p w14:paraId="4BAA68CE" w14:textId="77777777" w:rsidR="00956D9A" w:rsidRPr="00956D9A" w:rsidRDefault="00956D9A" w:rsidP="00956D9A">
      <w:pPr>
        <w:rPr>
          <w:rFonts w:eastAsia="MS Mincho" w:cs="Times New Roman"/>
        </w:rPr>
      </w:pPr>
      <w:r w:rsidRPr="00956D9A">
        <w:rPr>
          <w:rFonts w:eastAsia="MS Mincho" w:cs="Times New Roman"/>
        </w:rPr>
        <w:t xml:space="preserve">Master 1 QSE - </w:t>
      </w:r>
      <w:proofErr w:type="spellStart"/>
      <w:r w:rsidRPr="00956D9A">
        <w:rPr>
          <w:rFonts w:eastAsia="MS Mincho" w:cs="Times New Roman"/>
        </w:rPr>
        <w:t>Méthodologie</w:t>
      </w:r>
      <w:proofErr w:type="spellEnd"/>
      <w:r w:rsidRPr="00956D9A">
        <w:rPr>
          <w:rFonts w:eastAsia="MS Mincho" w:cs="Times New Roman"/>
        </w:rPr>
        <w:t xml:space="preserve"> de recherche</w:t>
      </w:r>
    </w:p>
    <w:p w14:paraId="6383756F" w14:textId="77777777" w:rsidR="00956D9A" w:rsidRPr="00956D9A" w:rsidRDefault="00956D9A" w:rsidP="00956D9A">
      <w:pPr>
        <w:rPr>
          <w:rFonts w:eastAsia="MS Mincho" w:cs="Times New Roman"/>
        </w:rPr>
      </w:pPr>
    </w:p>
    <w:p w14:paraId="453D11EB" w14:textId="77777777" w:rsidR="00956D9A" w:rsidRPr="00956D9A" w:rsidRDefault="00956D9A" w:rsidP="00956D9A">
      <w:pPr>
        <w:rPr>
          <w:rFonts w:eastAsia="MS Mincho" w:cs="Times New Roman"/>
        </w:rPr>
      </w:pPr>
      <w:r w:rsidRPr="00956D9A">
        <w:rPr>
          <w:rFonts w:eastAsia="MS Mincho" w:cs="Times New Roman"/>
        </w:rPr>
        <w:t>Nom : _______________________________  Date : _______________</w:t>
      </w:r>
    </w:p>
    <w:p w14:paraId="52E5421B" w14:textId="77777777" w:rsidR="00956D9A" w:rsidRPr="00956D9A" w:rsidRDefault="00956D9A" w:rsidP="00956D9A">
      <w:pPr>
        <w:rPr>
          <w:rFonts w:eastAsia="MS Mincho" w:cs="Times New Roman"/>
        </w:rPr>
      </w:pPr>
    </w:p>
    <w:p w14:paraId="4025E890" w14:textId="77777777" w:rsidR="00956D9A" w:rsidRPr="00956D9A" w:rsidRDefault="00956D9A" w:rsidP="00956D9A">
      <w:pPr>
        <w:rPr>
          <w:rFonts w:eastAsia="MS Mincho" w:cs="Times New Roman"/>
        </w:rPr>
      </w:pPr>
    </w:p>
    <w:p w14:paraId="0957C597" w14:textId="77777777" w:rsidR="00956D9A" w:rsidRPr="00956D9A" w:rsidRDefault="00956D9A" w:rsidP="00956D9A">
      <w:pPr>
        <w:rPr>
          <w:rFonts w:eastAsia="MS Mincho" w:cs="Times New Roman"/>
        </w:rPr>
      </w:pPr>
      <w:r w:rsidRPr="00956D9A">
        <w:rPr>
          <w:rFonts w:eastAsia="MS Mincho" w:cs="Times New Roman"/>
        </w:rPr>
        <w:t>MA PROBLÉMATIQUE DE RECHERCHE :</w:t>
      </w:r>
    </w:p>
    <w:p w14:paraId="0743ED34" w14:textId="77777777" w:rsidR="00956D9A" w:rsidRPr="00956D9A" w:rsidRDefault="00956D9A" w:rsidP="00956D9A">
      <w:pPr>
        <w:rPr>
          <w:rFonts w:eastAsia="MS Mincho" w:cs="Times New Roman"/>
        </w:rPr>
      </w:pPr>
    </w:p>
    <w:p w14:paraId="53EF91F8"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28BFCC22" w14:textId="77777777" w:rsidR="00956D9A" w:rsidRPr="00956D9A" w:rsidRDefault="00956D9A" w:rsidP="00956D9A">
      <w:pPr>
        <w:rPr>
          <w:rFonts w:eastAsia="MS Mincho" w:cs="Times New Roman"/>
        </w:rPr>
      </w:pPr>
    </w:p>
    <w:p w14:paraId="6107038D"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652011D6" w14:textId="77777777" w:rsidR="00956D9A" w:rsidRPr="00956D9A" w:rsidRDefault="00956D9A" w:rsidP="00956D9A">
      <w:pPr>
        <w:rPr>
          <w:rFonts w:eastAsia="MS Mincho" w:cs="Times New Roman"/>
        </w:rPr>
      </w:pPr>
    </w:p>
    <w:p w14:paraId="1A5921E0"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68754DC3" w14:textId="77777777" w:rsidR="00956D9A" w:rsidRPr="00956D9A" w:rsidRDefault="00956D9A" w:rsidP="00956D9A">
      <w:pPr>
        <w:rPr>
          <w:rFonts w:eastAsia="MS Mincho" w:cs="Times New Roman"/>
        </w:rPr>
      </w:pPr>
    </w:p>
    <w:p w14:paraId="7735254D"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4CE4F7A7" w14:textId="77777777" w:rsidR="00956D9A" w:rsidRPr="00956D9A" w:rsidRDefault="00956D9A" w:rsidP="00956D9A">
      <w:pPr>
        <w:rPr>
          <w:rFonts w:eastAsia="MS Mincho" w:cs="Times New Roman"/>
        </w:rPr>
      </w:pPr>
    </w:p>
    <w:p w14:paraId="06FDA51A"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109D4111" w14:textId="77777777"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1 : FORMULATION</w:t>
      </w:r>
    </w:p>
    <w:p w14:paraId="7BD5D861" w14:textId="77777777" w:rsidR="00956D9A" w:rsidRPr="00956D9A" w:rsidRDefault="00956D9A" w:rsidP="00956D9A">
      <w:pPr>
        <w:rPr>
          <w:rFonts w:eastAsia="MS Mincho" w:cs="Times New Roman"/>
        </w:rPr>
      </w:pPr>
    </w:p>
    <w:p w14:paraId="55DAEBB6"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Ma </w:t>
      </w:r>
      <w:proofErr w:type="spellStart"/>
      <w:r w:rsidRPr="00956D9A">
        <w:rPr>
          <w:rFonts w:eastAsia="MS Mincho" w:cs="Times New Roman"/>
        </w:rPr>
        <w:t>problématique</w:t>
      </w:r>
      <w:proofErr w:type="spellEnd"/>
      <w:r w:rsidRPr="00956D9A">
        <w:rPr>
          <w:rFonts w:eastAsia="MS Mincho" w:cs="Times New Roman"/>
        </w:rPr>
        <w:t xml:space="preserve"> commence par "Comment" </w:t>
      </w:r>
      <w:proofErr w:type="spellStart"/>
      <w:r w:rsidRPr="00956D9A">
        <w:rPr>
          <w:rFonts w:eastAsia="MS Mincho" w:cs="Times New Roman"/>
        </w:rPr>
        <w:t>ou</w:t>
      </w:r>
      <w:proofErr w:type="spellEnd"/>
      <w:r w:rsidRPr="00956D9A">
        <w:rPr>
          <w:rFonts w:eastAsia="MS Mincho" w:cs="Times New Roman"/>
        </w:rPr>
        <w:t xml:space="preserve"> "</w:t>
      </w:r>
      <w:proofErr w:type="spellStart"/>
      <w:r w:rsidRPr="00956D9A">
        <w:rPr>
          <w:rFonts w:eastAsia="MS Mincho" w:cs="Times New Roman"/>
        </w:rPr>
        <w:t>Pourquoi</w:t>
      </w:r>
      <w:proofErr w:type="spellEnd"/>
      <w:r w:rsidRPr="00956D9A">
        <w:rPr>
          <w:rFonts w:eastAsia="MS Mincho" w:cs="Times New Roman"/>
        </w:rPr>
        <w:t xml:space="preserve">" </w:t>
      </w:r>
      <w:proofErr w:type="spellStart"/>
      <w:r w:rsidRPr="00956D9A">
        <w:rPr>
          <w:rFonts w:eastAsia="MS Mincho" w:cs="Times New Roman"/>
        </w:rPr>
        <w:t>ou</w:t>
      </w:r>
      <w:proofErr w:type="spellEnd"/>
      <w:r w:rsidRPr="00956D9A">
        <w:rPr>
          <w:rFonts w:eastAsia="MS Mincho" w:cs="Times New Roman"/>
        </w:rPr>
        <w:t xml:space="preserve"> "En quoi"</w:t>
      </w:r>
    </w:p>
    <w:p w14:paraId="4A91834D"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Elle NE commence PAS par "Quels </w:t>
      </w:r>
      <w:proofErr w:type="spellStart"/>
      <w:r w:rsidRPr="00956D9A">
        <w:rPr>
          <w:rFonts w:eastAsia="MS Mincho" w:cs="Times New Roman"/>
        </w:rPr>
        <w:t>sont</w:t>
      </w:r>
      <w:proofErr w:type="spellEnd"/>
      <w:r w:rsidRPr="00956D9A">
        <w:rPr>
          <w:rFonts w:eastAsia="MS Mincho" w:cs="Times New Roman"/>
        </w:rPr>
        <w:t>", "</w:t>
      </w:r>
      <w:proofErr w:type="spellStart"/>
      <w:r w:rsidRPr="00956D9A">
        <w:rPr>
          <w:rFonts w:eastAsia="MS Mincho" w:cs="Times New Roman"/>
        </w:rPr>
        <w:t>Combien</w:t>
      </w:r>
      <w:proofErr w:type="spellEnd"/>
      <w:r w:rsidRPr="00956D9A">
        <w:rPr>
          <w:rFonts w:eastAsia="MS Mincho" w:cs="Times New Roman"/>
        </w:rPr>
        <w:t>", "Est-</w:t>
      </w:r>
      <w:proofErr w:type="spellStart"/>
      <w:r w:rsidRPr="00956D9A">
        <w:rPr>
          <w:rFonts w:eastAsia="MS Mincho" w:cs="Times New Roman"/>
        </w:rPr>
        <w:t>ce</w:t>
      </w:r>
      <w:proofErr w:type="spellEnd"/>
      <w:r w:rsidRPr="00956D9A">
        <w:rPr>
          <w:rFonts w:eastAsia="MS Mincho" w:cs="Times New Roman"/>
        </w:rPr>
        <w:t xml:space="preserve"> </w:t>
      </w:r>
      <w:proofErr w:type="spellStart"/>
      <w:r w:rsidRPr="00956D9A">
        <w:rPr>
          <w:rFonts w:eastAsia="MS Mincho" w:cs="Times New Roman"/>
        </w:rPr>
        <w:t>que</w:t>
      </w:r>
      <w:proofErr w:type="spellEnd"/>
      <w:r w:rsidRPr="00956D9A">
        <w:rPr>
          <w:rFonts w:eastAsia="MS Mincho" w:cs="Times New Roman"/>
        </w:rPr>
        <w:t>"</w:t>
      </w:r>
    </w:p>
    <w:p w14:paraId="4B67072D"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Elle est </w:t>
      </w:r>
      <w:proofErr w:type="spellStart"/>
      <w:r w:rsidRPr="00956D9A">
        <w:rPr>
          <w:rFonts w:eastAsia="MS Mincho" w:cs="Times New Roman"/>
        </w:rPr>
        <w:t>formulée</w:t>
      </w:r>
      <w:proofErr w:type="spellEnd"/>
      <w:r w:rsidRPr="00956D9A">
        <w:rPr>
          <w:rFonts w:eastAsia="MS Mincho" w:cs="Times New Roman"/>
        </w:rPr>
        <w:t xml:space="preserve"> sous </w:t>
      </w:r>
      <w:proofErr w:type="spellStart"/>
      <w:r w:rsidRPr="00956D9A">
        <w:rPr>
          <w:rFonts w:eastAsia="MS Mincho" w:cs="Times New Roman"/>
        </w:rPr>
        <w:t>forme</w:t>
      </w:r>
      <w:proofErr w:type="spellEnd"/>
      <w:r w:rsidRPr="00956D9A">
        <w:rPr>
          <w:rFonts w:eastAsia="MS Mincho" w:cs="Times New Roman"/>
        </w:rPr>
        <w:t xml:space="preserve"> de QUESTION (avec un point </w:t>
      </w:r>
      <w:proofErr w:type="spellStart"/>
      <w:r w:rsidRPr="00956D9A">
        <w:rPr>
          <w:rFonts w:eastAsia="MS Mincho" w:cs="Times New Roman"/>
        </w:rPr>
        <w:t>d'interrogation</w:t>
      </w:r>
      <w:proofErr w:type="spellEnd"/>
      <w:r w:rsidRPr="00956D9A">
        <w:rPr>
          <w:rFonts w:eastAsia="MS Mincho" w:cs="Times New Roman"/>
        </w:rPr>
        <w:t>)</w:t>
      </w:r>
    </w:p>
    <w:p w14:paraId="4A8B19E5" w14:textId="77777777" w:rsidR="00956D9A" w:rsidRPr="00956D9A" w:rsidRDefault="00956D9A" w:rsidP="00956D9A">
      <w:pPr>
        <w:rPr>
          <w:rFonts w:eastAsia="MS Mincho" w:cs="Times New Roman"/>
        </w:rPr>
      </w:pPr>
    </w:p>
    <w:p w14:paraId="556D4A25"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Si </w:t>
      </w:r>
      <w:proofErr w:type="spellStart"/>
      <w:r w:rsidRPr="00956D9A">
        <w:rPr>
          <w:rFonts w:eastAsia="MS Mincho" w:cs="Times New Roman"/>
        </w:rPr>
        <w:t>aucune</w:t>
      </w:r>
      <w:proofErr w:type="spellEnd"/>
      <w:r w:rsidRPr="00956D9A">
        <w:rPr>
          <w:rFonts w:eastAsia="MS Mincho" w:cs="Times New Roman"/>
        </w:rPr>
        <w:t xml:space="preserve"> case </w:t>
      </w:r>
      <w:proofErr w:type="spellStart"/>
      <w:r w:rsidRPr="00956D9A">
        <w:rPr>
          <w:rFonts w:eastAsia="MS Mincho" w:cs="Times New Roman"/>
        </w:rPr>
        <w:t>n'est</w:t>
      </w:r>
      <w:proofErr w:type="spellEnd"/>
      <w:r w:rsidRPr="00956D9A">
        <w:rPr>
          <w:rFonts w:eastAsia="MS Mincho" w:cs="Times New Roman"/>
        </w:rPr>
        <w:t xml:space="preserve"> </w:t>
      </w:r>
      <w:proofErr w:type="spellStart"/>
      <w:r w:rsidRPr="00956D9A">
        <w:rPr>
          <w:rFonts w:eastAsia="MS Mincho" w:cs="Times New Roman"/>
        </w:rPr>
        <w:t>cochée</w:t>
      </w:r>
      <w:proofErr w:type="spellEnd"/>
      <w:r w:rsidRPr="00956D9A">
        <w:rPr>
          <w:rFonts w:eastAsia="MS Mincho" w:cs="Times New Roman"/>
        </w:rPr>
        <w:t xml:space="preserve"> : </w:t>
      </w:r>
      <w:proofErr w:type="spellStart"/>
      <w:r w:rsidRPr="00956D9A">
        <w:rPr>
          <w:rFonts w:eastAsia="MS Mincho" w:cs="Times New Roman"/>
        </w:rPr>
        <w:t>reformulez</w:t>
      </w:r>
      <w:proofErr w:type="spellEnd"/>
      <w:r w:rsidRPr="00956D9A">
        <w:rPr>
          <w:rFonts w:eastAsia="MS Mincho" w:cs="Times New Roman"/>
        </w:rPr>
        <w:t xml:space="preserve"> </w:t>
      </w:r>
      <w:proofErr w:type="spellStart"/>
      <w:r w:rsidRPr="00956D9A">
        <w:rPr>
          <w:rFonts w:eastAsia="MS Mincho" w:cs="Times New Roman"/>
        </w:rPr>
        <w:t>votre</w:t>
      </w:r>
      <w:proofErr w:type="spellEnd"/>
      <w:r w:rsidRPr="00956D9A">
        <w:rPr>
          <w:rFonts w:eastAsia="MS Mincho" w:cs="Times New Roman"/>
        </w:rPr>
        <w:t xml:space="preserve"> question de </w:t>
      </w:r>
      <w:proofErr w:type="spellStart"/>
      <w:r w:rsidRPr="00956D9A">
        <w:rPr>
          <w:rFonts w:eastAsia="MS Mincho" w:cs="Times New Roman"/>
        </w:rPr>
        <w:t>départ</w:t>
      </w:r>
      <w:proofErr w:type="spellEnd"/>
    </w:p>
    <w:p w14:paraId="171A600C" w14:textId="77777777"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2 : TENSION/PARADOXE</w:t>
      </w:r>
    </w:p>
    <w:p w14:paraId="69E364C7" w14:textId="77777777" w:rsidR="00956D9A" w:rsidRPr="00956D9A" w:rsidRDefault="00956D9A" w:rsidP="00956D9A">
      <w:pPr>
        <w:rPr>
          <w:rFonts w:eastAsia="MS Mincho" w:cs="Times New Roman"/>
        </w:rPr>
      </w:pPr>
    </w:p>
    <w:p w14:paraId="539E1DE1" w14:textId="77777777" w:rsidR="00956D9A" w:rsidRPr="00956D9A" w:rsidRDefault="00956D9A" w:rsidP="00956D9A">
      <w:pPr>
        <w:rPr>
          <w:rFonts w:eastAsia="MS Mincho" w:cs="Times New Roman"/>
        </w:rPr>
      </w:pPr>
      <w:r w:rsidRPr="00956D9A">
        <w:rPr>
          <w:rFonts w:eastAsia="MS Mincho" w:cs="Times New Roman"/>
        </w:rPr>
        <w:t xml:space="preserve">Ma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identifie</w:t>
      </w:r>
      <w:proofErr w:type="spellEnd"/>
      <w:r w:rsidRPr="00956D9A">
        <w:rPr>
          <w:rFonts w:eastAsia="MS Mincho" w:cs="Times New Roman"/>
        </w:rPr>
        <w:t xml:space="preserve"> :</w:t>
      </w:r>
    </w:p>
    <w:p w14:paraId="73ED16AE"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Un </w:t>
      </w:r>
      <w:proofErr w:type="spellStart"/>
      <w:r w:rsidRPr="00956D9A">
        <w:rPr>
          <w:rFonts w:eastAsia="MS Mincho" w:cs="Times New Roman"/>
        </w:rPr>
        <w:t>paradoxe</w:t>
      </w:r>
      <w:proofErr w:type="spellEnd"/>
      <w:r w:rsidRPr="00956D9A">
        <w:rPr>
          <w:rFonts w:eastAsia="MS Mincho" w:cs="Times New Roman"/>
        </w:rPr>
        <w:t xml:space="preserve"> (deux </w:t>
      </w:r>
      <w:proofErr w:type="spellStart"/>
      <w:r w:rsidRPr="00956D9A">
        <w:rPr>
          <w:rFonts w:eastAsia="MS Mincho" w:cs="Times New Roman"/>
        </w:rPr>
        <w:t>éléments</w:t>
      </w:r>
      <w:proofErr w:type="spellEnd"/>
      <w:r w:rsidRPr="00956D9A">
        <w:rPr>
          <w:rFonts w:eastAsia="MS Mincho" w:cs="Times New Roman"/>
        </w:rPr>
        <w:t xml:space="preserve"> qui </w:t>
      </w:r>
      <w:proofErr w:type="spellStart"/>
      <w:r w:rsidRPr="00956D9A">
        <w:rPr>
          <w:rFonts w:eastAsia="MS Mincho" w:cs="Times New Roman"/>
        </w:rPr>
        <w:t>semblent</w:t>
      </w:r>
      <w:proofErr w:type="spellEnd"/>
      <w:r w:rsidRPr="00956D9A">
        <w:rPr>
          <w:rFonts w:eastAsia="MS Mincho" w:cs="Times New Roman"/>
        </w:rPr>
        <w:t xml:space="preserve"> </w:t>
      </w:r>
      <w:proofErr w:type="spellStart"/>
      <w:r w:rsidRPr="00956D9A">
        <w:rPr>
          <w:rFonts w:eastAsia="MS Mincho" w:cs="Times New Roman"/>
        </w:rPr>
        <w:t>contradictoires</w:t>
      </w:r>
      <w:proofErr w:type="spellEnd"/>
      <w:r w:rsidRPr="00956D9A">
        <w:rPr>
          <w:rFonts w:eastAsia="MS Mincho" w:cs="Times New Roman"/>
        </w:rPr>
        <w:t>)</w:t>
      </w:r>
    </w:p>
    <w:p w14:paraId="698BF829"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Une tension (des </w:t>
      </w:r>
      <w:proofErr w:type="spellStart"/>
      <w:r w:rsidRPr="00956D9A">
        <w:rPr>
          <w:rFonts w:eastAsia="MS Mincho" w:cs="Times New Roman"/>
        </w:rPr>
        <w:t>intérêts</w:t>
      </w:r>
      <w:proofErr w:type="spellEnd"/>
      <w:r w:rsidRPr="00956D9A">
        <w:rPr>
          <w:rFonts w:eastAsia="MS Mincho" w:cs="Times New Roman"/>
        </w:rPr>
        <w:t xml:space="preserve"> </w:t>
      </w:r>
      <w:proofErr w:type="spellStart"/>
      <w:r w:rsidRPr="00956D9A">
        <w:rPr>
          <w:rFonts w:eastAsia="MS Mincho" w:cs="Times New Roman"/>
        </w:rPr>
        <w:t>ou</w:t>
      </w:r>
      <w:proofErr w:type="spellEnd"/>
      <w:r w:rsidRPr="00956D9A">
        <w:rPr>
          <w:rFonts w:eastAsia="MS Mincho" w:cs="Times New Roman"/>
        </w:rPr>
        <w:t xml:space="preserve"> </w:t>
      </w:r>
      <w:proofErr w:type="spellStart"/>
      <w:r w:rsidRPr="00956D9A">
        <w:rPr>
          <w:rFonts w:eastAsia="MS Mincho" w:cs="Times New Roman"/>
        </w:rPr>
        <w:t>logiques</w:t>
      </w:r>
      <w:proofErr w:type="spellEnd"/>
      <w:r w:rsidRPr="00956D9A">
        <w:rPr>
          <w:rFonts w:eastAsia="MS Mincho" w:cs="Times New Roman"/>
        </w:rPr>
        <w:t xml:space="preserve"> </w:t>
      </w:r>
      <w:proofErr w:type="spellStart"/>
      <w:r w:rsidRPr="00956D9A">
        <w:rPr>
          <w:rFonts w:eastAsia="MS Mincho" w:cs="Times New Roman"/>
        </w:rPr>
        <w:t>divergentes</w:t>
      </w:r>
      <w:proofErr w:type="spellEnd"/>
      <w:r w:rsidRPr="00956D9A">
        <w:rPr>
          <w:rFonts w:eastAsia="MS Mincho" w:cs="Times New Roman"/>
        </w:rPr>
        <w:t>)</w:t>
      </w:r>
    </w:p>
    <w:p w14:paraId="39BC2CEA"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Une transformation (un </w:t>
      </w:r>
      <w:proofErr w:type="spellStart"/>
      <w:r w:rsidRPr="00956D9A">
        <w:rPr>
          <w:rFonts w:eastAsia="MS Mincho" w:cs="Times New Roman"/>
        </w:rPr>
        <w:t>changement</w:t>
      </w:r>
      <w:proofErr w:type="spellEnd"/>
      <w:r w:rsidRPr="00956D9A">
        <w:rPr>
          <w:rFonts w:eastAsia="MS Mincho" w:cs="Times New Roman"/>
        </w:rPr>
        <w:t xml:space="preserve"> à </w:t>
      </w:r>
      <w:proofErr w:type="spellStart"/>
      <w:r w:rsidRPr="00956D9A">
        <w:rPr>
          <w:rFonts w:eastAsia="MS Mincho" w:cs="Times New Roman"/>
        </w:rPr>
        <w:t>expliquer</w:t>
      </w:r>
      <w:proofErr w:type="spellEnd"/>
      <w:r w:rsidRPr="00956D9A">
        <w:rPr>
          <w:rFonts w:eastAsia="MS Mincho" w:cs="Times New Roman"/>
        </w:rPr>
        <w:t>)</w:t>
      </w:r>
    </w:p>
    <w:p w14:paraId="0313D5B1"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Un </w:t>
      </w:r>
      <w:proofErr w:type="spellStart"/>
      <w:r w:rsidRPr="00956D9A">
        <w:rPr>
          <w:rFonts w:eastAsia="MS Mincho" w:cs="Times New Roman"/>
        </w:rPr>
        <w:t>écart</w:t>
      </w:r>
      <w:proofErr w:type="spellEnd"/>
      <w:r w:rsidRPr="00956D9A">
        <w:rPr>
          <w:rFonts w:eastAsia="MS Mincho" w:cs="Times New Roman"/>
        </w:rPr>
        <w:t xml:space="preserve"> (entre </w:t>
      </w:r>
      <w:proofErr w:type="spellStart"/>
      <w:r w:rsidRPr="00956D9A">
        <w:rPr>
          <w:rFonts w:eastAsia="MS Mincho" w:cs="Times New Roman"/>
        </w:rPr>
        <w:t>discours</w:t>
      </w:r>
      <w:proofErr w:type="spellEnd"/>
      <w:r w:rsidRPr="00956D9A">
        <w:rPr>
          <w:rFonts w:eastAsia="MS Mincho" w:cs="Times New Roman"/>
        </w:rPr>
        <w:t xml:space="preserve"> et pratiques, entre intentions et </w:t>
      </w:r>
      <w:proofErr w:type="spellStart"/>
      <w:r w:rsidRPr="00956D9A">
        <w:rPr>
          <w:rFonts w:eastAsia="MS Mincho" w:cs="Times New Roman"/>
        </w:rPr>
        <w:t>résultats</w:t>
      </w:r>
      <w:proofErr w:type="spellEnd"/>
      <w:r w:rsidRPr="00956D9A">
        <w:rPr>
          <w:rFonts w:eastAsia="MS Mincho" w:cs="Times New Roman"/>
        </w:rPr>
        <w:t>)</w:t>
      </w:r>
    </w:p>
    <w:p w14:paraId="2AF9A21F" w14:textId="77777777" w:rsidR="00956D9A" w:rsidRPr="00956D9A" w:rsidRDefault="00956D9A" w:rsidP="00956D9A">
      <w:pPr>
        <w:rPr>
          <w:rFonts w:eastAsia="MS Mincho" w:cs="Times New Roman"/>
        </w:rPr>
      </w:pPr>
    </w:p>
    <w:p w14:paraId="45CD494B"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Si </w:t>
      </w:r>
      <w:proofErr w:type="spellStart"/>
      <w:r w:rsidRPr="00956D9A">
        <w:rPr>
          <w:rFonts w:eastAsia="MS Mincho" w:cs="Times New Roman"/>
        </w:rPr>
        <w:t>aucune</w:t>
      </w:r>
      <w:proofErr w:type="spellEnd"/>
      <w:r w:rsidRPr="00956D9A">
        <w:rPr>
          <w:rFonts w:eastAsia="MS Mincho" w:cs="Times New Roman"/>
        </w:rPr>
        <w:t xml:space="preserve"> case </w:t>
      </w:r>
      <w:proofErr w:type="spellStart"/>
      <w:r w:rsidRPr="00956D9A">
        <w:rPr>
          <w:rFonts w:eastAsia="MS Mincho" w:cs="Times New Roman"/>
        </w:rPr>
        <w:t>n'est</w:t>
      </w:r>
      <w:proofErr w:type="spellEnd"/>
      <w:r w:rsidRPr="00956D9A">
        <w:rPr>
          <w:rFonts w:eastAsia="MS Mincho" w:cs="Times New Roman"/>
        </w:rPr>
        <w:t xml:space="preserve"> </w:t>
      </w:r>
      <w:proofErr w:type="spellStart"/>
      <w:r w:rsidRPr="00956D9A">
        <w:rPr>
          <w:rFonts w:eastAsia="MS Mincho" w:cs="Times New Roman"/>
        </w:rPr>
        <w:t>cochée</w:t>
      </w:r>
      <w:proofErr w:type="spellEnd"/>
      <w:r w:rsidRPr="00956D9A">
        <w:rPr>
          <w:rFonts w:eastAsia="MS Mincho" w:cs="Times New Roman"/>
        </w:rPr>
        <w:t xml:space="preserve"> : </w:t>
      </w:r>
      <w:proofErr w:type="spellStart"/>
      <w:r w:rsidRPr="00956D9A">
        <w:rPr>
          <w:rFonts w:eastAsia="MS Mincho" w:cs="Times New Roman"/>
        </w:rPr>
        <w:t>votre</w:t>
      </w:r>
      <w:proofErr w:type="spellEnd"/>
      <w:r w:rsidRPr="00956D9A">
        <w:rPr>
          <w:rFonts w:eastAsia="MS Mincho" w:cs="Times New Roman"/>
        </w:rPr>
        <w:t xml:space="preserve">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risque</w:t>
      </w:r>
      <w:proofErr w:type="spellEnd"/>
      <w:r w:rsidRPr="00956D9A">
        <w:rPr>
          <w:rFonts w:eastAsia="MS Mincho" w:cs="Times New Roman"/>
        </w:rPr>
        <w:t xml:space="preserve"> d'être </w:t>
      </w:r>
      <w:proofErr w:type="spellStart"/>
      <w:r w:rsidRPr="00956D9A">
        <w:rPr>
          <w:rFonts w:eastAsia="MS Mincho" w:cs="Times New Roman"/>
        </w:rPr>
        <w:t>purement</w:t>
      </w:r>
      <w:proofErr w:type="spellEnd"/>
      <w:r w:rsidRPr="00956D9A">
        <w:rPr>
          <w:rFonts w:eastAsia="MS Mincho" w:cs="Times New Roman"/>
        </w:rPr>
        <w:t xml:space="preserve"> descriptive. Quelle est la "surprise" </w:t>
      </w:r>
      <w:proofErr w:type="spellStart"/>
      <w:r w:rsidRPr="00956D9A">
        <w:rPr>
          <w:rFonts w:eastAsia="MS Mincho" w:cs="Times New Roman"/>
        </w:rPr>
        <w:t>ou</w:t>
      </w:r>
      <w:proofErr w:type="spellEnd"/>
      <w:r w:rsidRPr="00956D9A">
        <w:rPr>
          <w:rFonts w:eastAsia="MS Mincho" w:cs="Times New Roman"/>
        </w:rPr>
        <w:t xml:space="preserve"> l'"</w:t>
      </w:r>
      <w:proofErr w:type="spellStart"/>
      <w:r w:rsidRPr="00956D9A">
        <w:rPr>
          <w:rFonts w:eastAsia="MS Mincho" w:cs="Times New Roman"/>
        </w:rPr>
        <w:t>énigme</w:t>
      </w:r>
      <w:proofErr w:type="spellEnd"/>
      <w:r w:rsidRPr="00956D9A">
        <w:rPr>
          <w:rFonts w:eastAsia="MS Mincho" w:cs="Times New Roman"/>
        </w:rPr>
        <w:t xml:space="preserve">" </w:t>
      </w:r>
      <w:proofErr w:type="spellStart"/>
      <w:r w:rsidRPr="00956D9A">
        <w:rPr>
          <w:rFonts w:eastAsia="MS Mincho" w:cs="Times New Roman"/>
        </w:rPr>
        <w:t>que</w:t>
      </w:r>
      <w:proofErr w:type="spellEnd"/>
      <w:r w:rsidRPr="00956D9A">
        <w:rPr>
          <w:rFonts w:eastAsia="MS Mincho" w:cs="Times New Roman"/>
        </w:rPr>
        <w:t xml:space="preserve"> vous </w:t>
      </w:r>
      <w:proofErr w:type="spellStart"/>
      <w:r w:rsidRPr="00956D9A">
        <w:rPr>
          <w:rFonts w:eastAsia="MS Mincho" w:cs="Times New Roman"/>
        </w:rPr>
        <w:t>cherchez</w:t>
      </w:r>
      <w:proofErr w:type="spellEnd"/>
      <w:r w:rsidRPr="00956D9A">
        <w:rPr>
          <w:rFonts w:eastAsia="MS Mincho" w:cs="Times New Roman"/>
        </w:rPr>
        <w:t xml:space="preserve"> à </w:t>
      </w:r>
      <w:proofErr w:type="spellStart"/>
      <w:r w:rsidRPr="00956D9A">
        <w:rPr>
          <w:rFonts w:eastAsia="MS Mincho" w:cs="Times New Roman"/>
        </w:rPr>
        <w:t>comprendre</w:t>
      </w:r>
      <w:proofErr w:type="spellEnd"/>
      <w:r w:rsidRPr="00956D9A">
        <w:rPr>
          <w:rFonts w:eastAsia="MS Mincho" w:cs="Times New Roman"/>
        </w:rPr>
        <w:t xml:space="preserve"> ?</w:t>
      </w:r>
    </w:p>
    <w:p w14:paraId="10B66BCF" w14:textId="77777777" w:rsidR="003E2A88" w:rsidRDefault="003E2A88" w:rsidP="00956D9A">
      <w:pPr>
        <w:keepNext/>
        <w:keepLines/>
        <w:spacing w:before="200" w:after="0"/>
        <w:outlineLvl w:val="1"/>
        <w:rPr>
          <w:rFonts w:eastAsia="MS Gothic" w:cs="Times New Roman"/>
          <w:b/>
          <w:bCs/>
          <w:color w:val="4F81BD" w:themeColor="accent1"/>
          <w:sz w:val="26"/>
          <w:szCs w:val="26"/>
        </w:rPr>
      </w:pPr>
    </w:p>
    <w:p w14:paraId="5A090E2F" w14:textId="35F84687"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3 : DÉLIMITATION DU TERRAIN</w:t>
      </w:r>
    </w:p>
    <w:p w14:paraId="287214FD" w14:textId="77777777" w:rsidR="00956D9A" w:rsidRPr="00956D9A" w:rsidRDefault="00956D9A" w:rsidP="00956D9A">
      <w:pPr>
        <w:rPr>
          <w:rFonts w:eastAsia="MS Mincho" w:cs="Times New Roman"/>
        </w:rPr>
      </w:pPr>
    </w:p>
    <w:p w14:paraId="3B9C07AD" w14:textId="77777777" w:rsidR="00956D9A" w:rsidRPr="00956D9A" w:rsidRDefault="00956D9A" w:rsidP="00956D9A">
      <w:pPr>
        <w:rPr>
          <w:rFonts w:eastAsia="MS Mincho" w:cs="Times New Roman"/>
        </w:rPr>
      </w:pPr>
      <w:r w:rsidRPr="00956D9A">
        <w:rPr>
          <w:rFonts w:eastAsia="MS Mincho" w:cs="Times New Roman"/>
        </w:rPr>
        <w:t xml:space="preserve">Ma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précise</w:t>
      </w:r>
      <w:proofErr w:type="spellEnd"/>
      <w:r w:rsidRPr="00956D9A">
        <w:rPr>
          <w:rFonts w:eastAsia="MS Mincho" w:cs="Times New Roman"/>
        </w:rPr>
        <w:t xml:space="preserve"> :</w:t>
      </w:r>
    </w:p>
    <w:p w14:paraId="6BDF428C"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Le </w:t>
      </w:r>
      <w:proofErr w:type="spellStart"/>
      <w:r w:rsidRPr="00956D9A">
        <w:rPr>
          <w:rFonts w:eastAsia="MS Mincho" w:cs="Times New Roman"/>
        </w:rPr>
        <w:t>secteur</w:t>
      </w:r>
      <w:proofErr w:type="spellEnd"/>
      <w:r w:rsidRPr="00956D9A">
        <w:rPr>
          <w:rFonts w:eastAsia="MS Mincho" w:cs="Times New Roman"/>
        </w:rPr>
        <w:t xml:space="preserve"> </w:t>
      </w:r>
      <w:proofErr w:type="spellStart"/>
      <w:r w:rsidRPr="00956D9A">
        <w:rPr>
          <w:rFonts w:eastAsia="MS Mincho" w:cs="Times New Roman"/>
        </w:rPr>
        <w:t>d'activité</w:t>
      </w:r>
      <w:proofErr w:type="spellEnd"/>
      <w:r w:rsidRPr="00956D9A">
        <w:rPr>
          <w:rFonts w:eastAsia="MS Mincho" w:cs="Times New Roman"/>
        </w:rPr>
        <w:t xml:space="preserve"> (</w:t>
      </w:r>
      <w:proofErr w:type="spellStart"/>
      <w:r w:rsidRPr="00956D9A">
        <w:rPr>
          <w:rFonts w:eastAsia="MS Mincho" w:cs="Times New Roman"/>
        </w:rPr>
        <w:t>industrie</w:t>
      </w:r>
      <w:proofErr w:type="spellEnd"/>
      <w:r w:rsidRPr="00956D9A">
        <w:rPr>
          <w:rFonts w:eastAsia="MS Mincho" w:cs="Times New Roman"/>
        </w:rPr>
        <w:t>, services, BTP, santé, etc.)</w:t>
      </w:r>
    </w:p>
    <w:p w14:paraId="6F08F8BB"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Le type </w:t>
      </w:r>
      <w:proofErr w:type="spellStart"/>
      <w:r w:rsidRPr="00956D9A">
        <w:rPr>
          <w:rFonts w:eastAsia="MS Mincho" w:cs="Times New Roman"/>
        </w:rPr>
        <w:t>d'organisation</w:t>
      </w:r>
      <w:proofErr w:type="spellEnd"/>
      <w:r w:rsidRPr="00956D9A">
        <w:rPr>
          <w:rFonts w:eastAsia="MS Mincho" w:cs="Times New Roman"/>
        </w:rPr>
        <w:t xml:space="preserve"> (PME, grands </w:t>
      </w:r>
      <w:proofErr w:type="spellStart"/>
      <w:r w:rsidRPr="00956D9A">
        <w:rPr>
          <w:rFonts w:eastAsia="MS Mincho" w:cs="Times New Roman"/>
        </w:rPr>
        <w:t>groupes</w:t>
      </w:r>
      <w:proofErr w:type="spellEnd"/>
      <w:r w:rsidRPr="00956D9A">
        <w:rPr>
          <w:rFonts w:eastAsia="MS Mincho" w:cs="Times New Roman"/>
        </w:rPr>
        <w:t>, associations, administrations)</w:t>
      </w:r>
    </w:p>
    <w:p w14:paraId="463B1226"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Éventuellement</w:t>
      </w:r>
      <w:proofErr w:type="spellEnd"/>
      <w:r w:rsidRPr="00956D9A">
        <w:rPr>
          <w:rFonts w:eastAsia="MS Mincho" w:cs="Times New Roman"/>
        </w:rPr>
        <w:t xml:space="preserve"> : la zone </w:t>
      </w:r>
      <w:proofErr w:type="spellStart"/>
      <w:r w:rsidRPr="00956D9A">
        <w:rPr>
          <w:rFonts w:eastAsia="MS Mincho" w:cs="Times New Roman"/>
        </w:rPr>
        <w:t>géographique</w:t>
      </w:r>
      <w:proofErr w:type="spellEnd"/>
    </w:p>
    <w:p w14:paraId="63340B27"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Éventuellement</w:t>
      </w:r>
      <w:proofErr w:type="spellEnd"/>
      <w:r w:rsidRPr="00956D9A">
        <w:rPr>
          <w:rFonts w:eastAsia="MS Mincho" w:cs="Times New Roman"/>
        </w:rPr>
        <w:t xml:space="preserve"> : la population </w:t>
      </w:r>
      <w:proofErr w:type="spellStart"/>
      <w:r w:rsidRPr="00956D9A">
        <w:rPr>
          <w:rFonts w:eastAsia="MS Mincho" w:cs="Times New Roman"/>
        </w:rPr>
        <w:t>étudiée</w:t>
      </w:r>
      <w:proofErr w:type="spellEnd"/>
      <w:r w:rsidRPr="00956D9A">
        <w:rPr>
          <w:rFonts w:eastAsia="MS Mincho" w:cs="Times New Roman"/>
        </w:rPr>
        <w:t xml:space="preserve"> (</w:t>
      </w:r>
      <w:proofErr w:type="spellStart"/>
      <w:r w:rsidRPr="00956D9A">
        <w:rPr>
          <w:rFonts w:eastAsia="MS Mincho" w:cs="Times New Roman"/>
        </w:rPr>
        <w:t>dirigeants</w:t>
      </w:r>
      <w:proofErr w:type="spellEnd"/>
      <w:r w:rsidRPr="00956D9A">
        <w:rPr>
          <w:rFonts w:eastAsia="MS Mincho" w:cs="Times New Roman"/>
        </w:rPr>
        <w:t xml:space="preserve">, </w:t>
      </w:r>
      <w:proofErr w:type="spellStart"/>
      <w:r w:rsidRPr="00956D9A">
        <w:rPr>
          <w:rFonts w:eastAsia="MS Mincho" w:cs="Times New Roman"/>
        </w:rPr>
        <w:t>salariés</w:t>
      </w:r>
      <w:proofErr w:type="spellEnd"/>
      <w:r w:rsidRPr="00956D9A">
        <w:rPr>
          <w:rFonts w:eastAsia="MS Mincho" w:cs="Times New Roman"/>
        </w:rPr>
        <w:t xml:space="preserve">, parties </w:t>
      </w:r>
      <w:proofErr w:type="spellStart"/>
      <w:r w:rsidRPr="00956D9A">
        <w:rPr>
          <w:rFonts w:eastAsia="MS Mincho" w:cs="Times New Roman"/>
        </w:rPr>
        <w:t>prenantes</w:t>
      </w:r>
      <w:proofErr w:type="spellEnd"/>
      <w:r w:rsidRPr="00956D9A">
        <w:rPr>
          <w:rFonts w:eastAsia="MS Mincho" w:cs="Times New Roman"/>
        </w:rPr>
        <w:t>)</w:t>
      </w:r>
    </w:p>
    <w:p w14:paraId="5E9CBEB8" w14:textId="77777777" w:rsidR="00956D9A" w:rsidRPr="00956D9A" w:rsidRDefault="00956D9A" w:rsidP="00956D9A">
      <w:pPr>
        <w:rPr>
          <w:rFonts w:eastAsia="MS Mincho" w:cs="Times New Roman"/>
        </w:rPr>
      </w:pPr>
    </w:p>
    <w:p w14:paraId="3E4D73BB"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Si </w:t>
      </w:r>
      <w:proofErr w:type="spellStart"/>
      <w:r w:rsidRPr="00956D9A">
        <w:rPr>
          <w:rFonts w:eastAsia="MS Mincho" w:cs="Times New Roman"/>
        </w:rPr>
        <w:t>moins</w:t>
      </w:r>
      <w:proofErr w:type="spellEnd"/>
      <w:r w:rsidRPr="00956D9A">
        <w:rPr>
          <w:rFonts w:eastAsia="MS Mincho" w:cs="Times New Roman"/>
        </w:rPr>
        <w:t xml:space="preserve"> de 2 cases </w:t>
      </w:r>
      <w:proofErr w:type="spellStart"/>
      <w:r w:rsidRPr="00956D9A">
        <w:rPr>
          <w:rFonts w:eastAsia="MS Mincho" w:cs="Times New Roman"/>
        </w:rPr>
        <w:t>cochées</w:t>
      </w:r>
      <w:proofErr w:type="spellEnd"/>
      <w:r w:rsidRPr="00956D9A">
        <w:rPr>
          <w:rFonts w:eastAsia="MS Mincho" w:cs="Times New Roman"/>
        </w:rPr>
        <w:t xml:space="preserve"> : </w:t>
      </w:r>
      <w:proofErr w:type="spellStart"/>
      <w:r w:rsidRPr="00956D9A">
        <w:rPr>
          <w:rFonts w:eastAsia="MS Mincho" w:cs="Times New Roman"/>
        </w:rPr>
        <w:t>votre</w:t>
      </w:r>
      <w:proofErr w:type="spellEnd"/>
      <w:r w:rsidRPr="00956D9A">
        <w:rPr>
          <w:rFonts w:eastAsia="MS Mincho" w:cs="Times New Roman"/>
        </w:rPr>
        <w:t xml:space="preserve"> terrain est </w:t>
      </w:r>
      <w:proofErr w:type="spellStart"/>
      <w:r w:rsidRPr="00956D9A">
        <w:rPr>
          <w:rFonts w:eastAsia="MS Mincho" w:cs="Times New Roman"/>
        </w:rPr>
        <w:t>probablement</w:t>
      </w:r>
      <w:proofErr w:type="spellEnd"/>
      <w:r w:rsidRPr="00956D9A">
        <w:rPr>
          <w:rFonts w:eastAsia="MS Mincho" w:cs="Times New Roman"/>
        </w:rPr>
        <w:t xml:space="preserve"> trop </w:t>
      </w:r>
      <w:proofErr w:type="spellStart"/>
      <w:r w:rsidRPr="00956D9A">
        <w:rPr>
          <w:rFonts w:eastAsia="MS Mincho" w:cs="Times New Roman"/>
        </w:rPr>
        <w:t>flou</w:t>
      </w:r>
      <w:proofErr w:type="spellEnd"/>
      <w:r w:rsidRPr="00956D9A">
        <w:rPr>
          <w:rFonts w:eastAsia="MS Mincho" w:cs="Times New Roman"/>
        </w:rPr>
        <w:t xml:space="preserve">. </w:t>
      </w:r>
      <w:proofErr w:type="spellStart"/>
      <w:r w:rsidRPr="00956D9A">
        <w:rPr>
          <w:rFonts w:eastAsia="MS Mincho" w:cs="Times New Roman"/>
        </w:rPr>
        <w:t>Précisez</w:t>
      </w:r>
      <w:proofErr w:type="spellEnd"/>
      <w:r w:rsidRPr="00956D9A">
        <w:rPr>
          <w:rFonts w:eastAsia="MS Mincho" w:cs="Times New Roman"/>
        </w:rPr>
        <w:t xml:space="preserve"> !</w:t>
      </w:r>
    </w:p>
    <w:p w14:paraId="17A8C3FF" w14:textId="77777777" w:rsidR="003E2A88" w:rsidRDefault="003E2A88" w:rsidP="00956D9A">
      <w:pPr>
        <w:keepNext/>
        <w:keepLines/>
        <w:spacing w:before="200" w:after="0"/>
        <w:outlineLvl w:val="1"/>
        <w:rPr>
          <w:rFonts w:eastAsia="MS Gothic" w:cs="Times New Roman"/>
          <w:b/>
          <w:bCs/>
          <w:color w:val="4F81BD" w:themeColor="accent1"/>
          <w:sz w:val="26"/>
          <w:szCs w:val="26"/>
        </w:rPr>
      </w:pPr>
    </w:p>
    <w:p w14:paraId="18DF1FE3" w14:textId="4152919B"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4 : PERTINENCE SCIENTIFIQUE</w:t>
      </w:r>
    </w:p>
    <w:p w14:paraId="4F2EA126"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Ma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nécessite</w:t>
      </w:r>
      <w:proofErr w:type="spellEnd"/>
      <w:r w:rsidRPr="00956D9A">
        <w:rPr>
          <w:rFonts w:eastAsia="MS Mincho" w:cs="Times New Roman"/>
        </w:rPr>
        <w:t xml:space="preserve"> </w:t>
      </w:r>
      <w:proofErr w:type="spellStart"/>
      <w:r w:rsidRPr="00956D9A">
        <w:rPr>
          <w:rFonts w:eastAsia="MS Mincho" w:cs="Times New Roman"/>
        </w:rPr>
        <w:t>une</w:t>
      </w:r>
      <w:proofErr w:type="spellEnd"/>
      <w:r w:rsidRPr="00956D9A">
        <w:rPr>
          <w:rFonts w:eastAsia="MS Mincho" w:cs="Times New Roman"/>
        </w:rPr>
        <w:t xml:space="preserve"> investigation terrain (</w:t>
      </w:r>
      <w:proofErr w:type="spellStart"/>
      <w:r w:rsidRPr="00956D9A">
        <w:rPr>
          <w:rFonts w:eastAsia="MS Mincho" w:cs="Times New Roman"/>
        </w:rPr>
        <w:t>entretiens</w:t>
      </w:r>
      <w:proofErr w:type="spellEnd"/>
      <w:r w:rsidRPr="00956D9A">
        <w:rPr>
          <w:rFonts w:eastAsia="MS Mincho" w:cs="Times New Roman"/>
        </w:rPr>
        <w:t xml:space="preserve">, observations, </w:t>
      </w:r>
      <w:proofErr w:type="spellStart"/>
      <w:r w:rsidRPr="00956D9A">
        <w:rPr>
          <w:rFonts w:eastAsia="MS Mincho" w:cs="Times New Roman"/>
        </w:rPr>
        <w:t>analyse</w:t>
      </w:r>
      <w:proofErr w:type="spellEnd"/>
      <w:r w:rsidRPr="00956D9A">
        <w:rPr>
          <w:rFonts w:eastAsia="MS Mincho" w:cs="Times New Roman"/>
        </w:rPr>
        <w:t xml:space="preserve"> de documents)</w:t>
      </w:r>
    </w:p>
    <w:p w14:paraId="4AE915FB"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Elle NE </w:t>
      </w:r>
      <w:proofErr w:type="spellStart"/>
      <w:r w:rsidRPr="00956D9A">
        <w:rPr>
          <w:rFonts w:eastAsia="MS Mincho" w:cs="Times New Roman"/>
        </w:rPr>
        <w:t>peut</w:t>
      </w:r>
      <w:proofErr w:type="spellEnd"/>
      <w:r w:rsidRPr="00956D9A">
        <w:rPr>
          <w:rFonts w:eastAsia="MS Mincho" w:cs="Times New Roman"/>
        </w:rPr>
        <w:t xml:space="preserve"> PAS </w:t>
      </w:r>
      <w:proofErr w:type="spellStart"/>
      <w:r w:rsidRPr="00956D9A">
        <w:rPr>
          <w:rFonts w:eastAsia="MS Mincho" w:cs="Times New Roman"/>
        </w:rPr>
        <w:t>être</w:t>
      </w:r>
      <w:proofErr w:type="spellEnd"/>
      <w:r w:rsidRPr="00956D9A">
        <w:rPr>
          <w:rFonts w:eastAsia="MS Mincho" w:cs="Times New Roman"/>
        </w:rPr>
        <w:t xml:space="preserve"> </w:t>
      </w:r>
      <w:proofErr w:type="spellStart"/>
      <w:r w:rsidRPr="00956D9A">
        <w:rPr>
          <w:rFonts w:eastAsia="MS Mincho" w:cs="Times New Roman"/>
        </w:rPr>
        <w:t>résolue</w:t>
      </w:r>
      <w:proofErr w:type="spellEnd"/>
      <w:r w:rsidRPr="00956D9A">
        <w:rPr>
          <w:rFonts w:eastAsia="MS Mincho" w:cs="Times New Roman"/>
        </w:rPr>
        <w:t xml:space="preserve"> par </w:t>
      </w:r>
      <w:proofErr w:type="spellStart"/>
      <w:r w:rsidRPr="00956D9A">
        <w:rPr>
          <w:rFonts w:eastAsia="MS Mincho" w:cs="Times New Roman"/>
        </w:rPr>
        <w:t>une</w:t>
      </w:r>
      <w:proofErr w:type="spellEnd"/>
      <w:r w:rsidRPr="00956D9A">
        <w:rPr>
          <w:rFonts w:eastAsia="MS Mincho" w:cs="Times New Roman"/>
        </w:rPr>
        <w:t xml:space="preserve"> simple recherche Google</w:t>
      </w:r>
    </w:p>
    <w:p w14:paraId="6AFD1C97"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Plusieurs</w:t>
      </w:r>
      <w:proofErr w:type="spellEnd"/>
      <w:r w:rsidRPr="00956D9A">
        <w:rPr>
          <w:rFonts w:eastAsia="MS Mincho" w:cs="Times New Roman"/>
        </w:rPr>
        <w:t xml:space="preserve"> </w:t>
      </w:r>
      <w:proofErr w:type="spellStart"/>
      <w:r w:rsidRPr="00956D9A">
        <w:rPr>
          <w:rFonts w:eastAsia="MS Mincho" w:cs="Times New Roman"/>
        </w:rPr>
        <w:t>réponses</w:t>
      </w:r>
      <w:proofErr w:type="spellEnd"/>
      <w:r w:rsidRPr="00956D9A">
        <w:rPr>
          <w:rFonts w:eastAsia="MS Mincho" w:cs="Times New Roman"/>
        </w:rPr>
        <w:t xml:space="preserve"> </w:t>
      </w:r>
      <w:proofErr w:type="spellStart"/>
      <w:r w:rsidRPr="00956D9A">
        <w:rPr>
          <w:rFonts w:eastAsia="MS Mincho" w:cs="Times New Roman"/>
        </w:rPr>
        <w:t>concurrentes</w:t>
      </w:r>
      <w:proofErr w:type="spellEnd"/>
      <w:r w:rsidRPr="00956D9A">
        <w:rPr>
          <w:rFonts w:eastAsia="MS Mincho" w:cs="Times New Roman"/>
        </w:rPr>
        <w:t xml:space="preserve"> </w:t>
      </w:r>
      <w:proofErr w:type="spellStart"/>
      <w:r w:rsidRPr="00956D9A">
        <w:rPr>
          <w:rFonts w:eastAsia="MS Mincho" w:cs="Times New Roman"/>
        </w:rPr>
        <w:t>sont</w:t>
      </w:r>
      <w:proofErr w:type="spellEnd"/>
      <w:r w:rsidRPr="00956D9A">
        <w:rPr>
          <w:rFonts w:eastAsia="MS Mincho" w:cs="Times New Roman"/>
        </w:rPr>
        <w:t xml:space="preserve"> possibles (</w:t>
      </w:r>
      <w:proofErr w:type="spellStart"/>
      <w:r w:rsidRPr="00956D9A">
        <w:rPr>
          <w:rFonts w:eastAsia="MS Mincho" w:cs="Times New Roman"/>
        </w:rPr>
        <w:t>ce</w:t>
      </w:r>
      <w:proofErr w:type="spellEnd"/>
      <w:r w:rsidRPr="00956D9A">
        <w:rPr>
          <w:rFonts w:eastAsia="MS Mincho" w:cs="Times New Roman"/>
        </w:rPr>
        <w:t xml:space="preserve"> </w:t>
      </w:r>
      <w:proofErr w:type="spellStart"/>
      <w:r w:rsidRPr="00956D9A">
        <w:rPr>
          <w:rFonts w:eastAsia="MS Mincho" w:cs="Times New Roman"/>
        </w:rPr>
        <w:t>n'est</w:t>
      </w:r>
      <w:proofErr w:type="spellEnd"/>
      <w:r w:rsidRPr="00956D9A">
        <w:rPr>
          <w:rFonts w:eastAsia="MS Mincho" w:cs="Times New Roman"/>
        </w:rPr>
        <w:t xml:space="preserve"> pas </w:t>
      </w:r>
      <w:proofErr w:type="spellStart"/>
      <w:r w:rsidRPr="00956D9A">
        <w:rPr>
          <w:rFonts w:eastAsia="MS Mincho" w:cs="Times New Roman"/>
        </w:rPr>
        <w:t>une</w:t>
      </w:r>
      <w:proofErr w:type="spellEnd"/>
      <w:r w:rsidRPr="00956D9A">
        <w:rPr>
          <w:rFonts w:eastAsia="MS Mincho" w:cs="Times New Roman"/>
        </w:rPr>
        <w:t xml:space="preserve"> </w:t>
      </w:r>
      <w:proofErr w:type="spellStart"/>
      <w:r w:rsidRPr="00956D9A">
        <w:rPr>
          <w:rFonts w:eastAsia="MS Mincho" w:cs="Times New Roman"/>
        </w:rPr>
        <w:t>évidence</w:t>
      </w:r>
      <w:proofErr w:type="spellEnd"/>
      <w:r w:rsidRPr="00956D9A">
        <w:rPr>
          <w:rFonts w:eastAsia="MS Mincho" w:cs="Times New Roman"/>
        </w:rPr>
        <w:t>)</w:t>
      </w:r>
    </w:p>
    <w:p w14:paraId="0B3EC7F7"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Elle </w:t>
      </w:r>
      <w:proofErr w:type="spellStart"/>
      <w:r w:rsidRPr="00956D9A">
        <w:rPr>
          <w:rFonts w:eastAsia="MS Mincho" w:cs="Times New Roman"/>
        </w:rPr>
        <w:t>appelle</w:t>
      </w:r>
      <w:proofErr w:type="spellEnd"/>
      <w:r w:rsidRPr="00956D9A">
        <w:rPr>
          <w:rFonts w:eastAsia="MS Mincho" w:cs="Times New Roman"/>
        </w:rPr>
        <w:t xml:space="preserve"> </w:t>
      </w:r>
      <w:proofErr w:type="spellStart"/>
      <w:r w:rsidRPr="00956D9A">
        <w:rPr>
          <w:rFonts w:eastAsia="MS Mincho" w:cs="Times New Roman"/>
        </w:rPr>
        <w:t>une</w:t>
      </w:r>
      <w:proofErr w:type="spellEnd"/>
      <w:r w:rsidRPr="00956D9A">
        <w:rPr>
          <w:rFonts w:eastAsia="MS Mincho" w:cs="Times New Roman"/>
        </w:rPr>
        <w:t xml:space="preserve"> </w:t>
      </w:r>
      <w:proofErr w:type="spellStart"/>
      <w:r w:rsidRPr="00956D9A">
        <w:rPr>
          <w:rFonts w:eastAsia="MS Mincho" w:cs="Times New Roman"/>
        </w:rPr>
        <w:t>réflexion</w:t>
      </w:r>
      <w:proofErr w:type="spellEnd"/>
      <w:r w:rsidRPr="00956D9A">
        <w:rPr>
          <w:rFonts w:eastAsia="MS Mincho" w:cs="Times New Roman"/>
        </w:rPr>
        <w:t xml:space="preserve"> </w:t>
      </w:r>
      <w:proofErr w:type="spellStart"/>
      <w:r w:rsidRPr="00956D9A">
        <w:rPr>
          <w:rFonts w:eastAsia="MS Mincho" w:cs="Times New Roman"/>
        </w:rPr>
        <w:t>théorique</w:t>
      </w:r>
      <w:proofErr w:type="spellEnd"/>
      <w:r w:rsidRPr="00956D9A">
        <w:rPr>
          <w:rFonts w:eastAsia="MS Mincho" w:cs="Times New Roman"/>
        </w:rPr>
        <w:t xml:space="preserve"> (concepts, cadres </w:t>
      </w:r>
      <w:proofErr w:type="spellStart"/>
      <w:r w:rsidRPr="00956D9A">
        <w:rPr>
          <w:rFonts w:eastAsia="MS Mincho" w:cs="Times New Roman"/>
        </w:rPr>
        <w:t>d'analyse</w:t>
      </w:r>
      <w:proofErr w:type="spellEnd"/>
      <w:r w:rsidRPr="00956D9A">
        <w:rPr>
          <w:rFonts w:eastAsia="MS Mincho" w:cs="Times New Roman"/>
        </w:rPr>
        <w:t>)</w:t>
      </w:r>
    </w:p>
    <w:p w14:paraId="028A12FF" w14:textId="77777777" w:rsidR="00956D9A" w:rsidRPr="00956D9A" w:rsidRDefault="00956D9A" w:rsidP="00956D9A">
      <w:pPr>
        <w:rPr>
          <w:rFonts w:eastAsia="MS Mincho" w:cs="Times New Roman"/>
        </w:rPr>
      </w:pPr>
    </w:p>
    <w:p w14:paraId="06075FF6"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Si </w:t>
      </w:r>
      <w:proofErr w:type="spellStart"/>
      <w:r w:rsidRPr="00956D9A">
        <w:rPr>
          <w:rFonts w:eastAsia="MS Mincho" w:cs="Times New Roman"/>
        </w:rPr>
        <w:t>moins</w:t>
      </w:r>
      <w:proofErr w:type="spellEnd"/>
      <w:r w:rsidRPr="00956D9A">
        <w:rPr>
          <w:rFonts w:eastAsia="MS Mincho" w:cs="Times New Roman"/>
        </w:rPr>
        <w:t xml:space="preserve"> de 3 cases </w:t>
      </w:r>
      <w:proofErr w:type="spellStart"/>
      <w:r w:rsidRPr="00956D9A">
        <w:rPr>
          <w:rFonts w:eastAsia="MS Mincho" w:cs="Times New Roman"/>
        </w:rPr>
        <w:t>cochées</w:t>
      </w:r>
      <w:proofErr w:type="spellEnd"/>
      <w:r w:rsidRPr="00956D9A">
        <w:rPr>
          <w:rFonts w:eastAsia="MS Mincho" w:cs="Times New Roman"/>
        </w:rPr>
        <w:t xml:space="preserve"> : </w:t>
      </w:r>
      <w:proofErr w:type="spellStart"/>
      <w:r w:rsidRPr="00956D9A">
        <w:rPr>
          <w:rFonts w:eastAsia="MS Mincho" w:cs="Times New Roman"/>
        </w:rPr>
        <w:t>votre</w:t>
      </w:r>
      <w:proofErr w:type="spellEnd"/>
      <w:r w:rsidRPr="00956D9A">
        <w:rPr>
          <w:rFonts w:eastAsia="MS Mincho" w:cs="Times New Roman"/>
        </w:rPr>
        <w:t xml:space="preserve"> question est </w:t>
      </w:r>
      <w:proofErr w:type="spellStart"/>
      <w:r w:rsidRPr="00956D9A">
        <w:rPr>
          <w:rFonts w:eastAsia="MS Mincho" w:cs="Times New Roman"/>
        </w:rPr>
        <w:t>peut-être</w:t>
      </w:r>
      <w:proofErr w:type="spellEnd"/>
      <w:r w:rsidRPr="00956D9A">
        <w:rPr>
          <w:rFonts w:eastAsia="MS Mincho" w:cs="Times New Roman"/>
        </w:rPr>
        <w:t xml:space="preserve"> trop simple </w:t>
      </w:r>
      <w:proofErr w:type="spellStart"/>
      <w:r w:rsidRPr="00956D9A">
        <w:rPr>
          <w:rFonts w:eastAsia="MS Mincho" w:cs="Times New Roman"/>
        </w:rPr>
        <w:t>ou</w:t>
      </w:r>
      <w:proofErr w:type="spellEnd"/>
      <w:r w:rsidRPr="00956D9A">
        <w:rPr>
          <w:rFonts w:eastAsia="MS Mincho" w:cs="Times New Roman"/>
        </w:rPr>
        <w:t xml:space="preserve"> trop </w:t>
      </w:r>
      <w:proofErr w:type="spellStart"/>
      <w:r w:rsidRPr="00956D9A">
        <w:rPr>
          <w:rFonts w:eastAsia="MS Mincho" w:cs="Times New Roman"/>
        </w:rPr>
        <w:t>factuelle</w:t>
      </w:r>
      <w:proofErr w:type="spellEnd"/>
    </w:p>
    <w:p w14:paraId="37BAF98E" w14:textId="77777777" w:rsidR="003E2A88" w:rsidRDefault="003E2A88" w:rsidP="00956D9A">
      <w:pPr>
        <w:keepNext/>
        <w:keepLines/>
        <w:spacing w:before="200" w:after="0"/>
        <w:outlineLvl w:val="1"/>
        <w:rPr>
          <w:rFonts w:eastAsia="MS Gothic" w:cs="Times New Roman"/>
          <w:b/>
          <w:bCs/>
          <w:color w:val="4F81BD" w:themeColor="accent1"/>
          <w:sz w:val="26"/>
          <w:szCs w:val="26"/>
        </w:rPr>
      </w:pPr>
    </w:p>
    <w:p w14:paraId="0FE6925D" w14:textId="4073DB90"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5 : ÉQUILIBRE (NI TROP LARGE, NI TROP ÉTROITE)</w:t>
      </w:r>
    </w:p>
    <w:p w14:paraId="1B89AE8A" w14:textId="77777777" w:rsidR="00956D9A" w:rsidRPr="00956D9A" w:rsidRDefault="00956D9A" w:rsidP="00956D9A">
      <w:pPr>
        <w:rPr>
          <w:rFonts w:eastAsia="MS Mincho" w:cs="Times New Roman"/>
        </w:rPr>
      </w:pPr>
    </w:p>
    <w:p w14:paraId="0BF992D1" w14:textId="77777777" w:rsidR="00956D9A" w:rsidRPr="00956D9A" w:rsidRDefault="00956D9A" w:rsidP="00956D9A">
      <w:pPr>
        <w:rPr>
          <w:rFonts w:eastAsia="MS Mincho" w:cs="Times New Roman"/>
        </w:rPr>
      </w:pPr>
      <w:r w:rsidRPr="00956D9A">
        <w:rPr>
          <w:rFonts w:eastAsia="MS Mincho" w:cs="Times New Roman"/>
        </w:rPr>
        <w:t xml:space="preserve">Test de </w:t>
      </w:r>
      <w:proofErr w:type="spellStart"/>
      <w:r w:rsidRPr="00956D9A">
        <w:rPr>
          <w:rFonts w:eastAsia="MS Mincho" w:cs="Times New Roman"/>
        </w:rPr>
        <w:t>largeur</w:t>
      </w:r>
      <w:proofErr w:type="spellEnd"/>
      <w:r w:rsidRPr="00956D9A">
        <w:rPr>
          <w:rFonts w:eastAsia="MS Mincho" w:cs="Times New Roman"/>
        </w:rPr>
        <w:t xml:space="preserve"> :</w:t>
      </w:r>
    </w:p>
    <w:p w14:paraId="008215A0"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Je </w:t>
      </w:r>
      <w:proofErr w:type="spellStart"/>
      <w:r w:rsidRPr="00956D9A">
        <w:rPr>
          <w:rFonts w:eastAsia="MS Mincho" w:cs="Times New Roman"/>
        </w:rPr>
        <w:t>peux</w:t>
      </w:r>
      <w:proofErr w:type="spellEnd"/>
      <w:r w:rsidRPr="00956D9A">
        <w:rPr>
          <w:rFonts w:eastAsia="MS Mincho" w:cs="Times New Roman"/>
        </w:rPr>
        <w:t xml:space="preserve"> imaginer </w:t>
      </w:r>
      <w:proofErr w:type="spellStart"/>
      <w:r w:rsidRPr="00956D9A">
        <w:rPr>
          <w:rFonts w:eastAsia="MS Mincho" w:cs="Times New Roman"/>
        </w:rPr>
        <w:t>traiter</w:t>
      </w:r>
      <w:proofErr w:type="spellEnd"/>
      <w:r w:rsidRPr="00956D9A">
        <w:rPr>
          <w:rFonts w:eastAsia="MS Mincho" w:cs="Times New Roman"/>
        </w:rPr>
        <w:t xml:space="preserve"> </w:t>
      </w:r>
      <w:proofErr w:type="spellStart"/>
      <w:r w:rsidRPr="00956D9A">
        <w:rPr>
          <w:rFonts w:eastAsia="MS Mincho" w:cs="Times New Roman"/>
        </w:rPr>
        <w:t>cette</w:t>
      </w:r>
      <w:proofErr w:type="spellEnd"/>
      <w:r w:rsidRPr="00956D9A">
        <w:rPr>
          <w:rFonts w:eastAsia="MS Mincho" w:cs="Times New Roman"/>
        </w:rPr>
        <w:t xml:space="preserve">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en</w:t>
      </w:r>
      <w:proofErr w:type="spellEnd"/>
      <w:r w:rsidRPr="00956D9A">
        <w:rPr>
          <w:rFonts w:eastAsia="MS Mincho" w:cs="Times New Roman"/>
        </w:rPr>
        <w:t xml:space="preserve"> 50-60 pages de </w:t>
      </w:r>
      <w:proofErr w:type="spellStart"/>
      <w:r w:rsidRPr="00956D9A">
        <w:rPr>
          <w:rFonts w:eastAsia="MS Mincho" w:cs="Times New Roman"/>
        </w:rPr>
        <w:t>mémoire</w:t>
      </w:r>
      <w:proofErr w:type="spellEnd"/>
    </w:p>
    <w:p w14:paraId="1984495C"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Je </w:t>
      </w:r>
      <w:proofErr w:type="spellStart"/>
      <w:r w:rsidRPr="00956D9A">
        <w:rPr>
          <w:rFonts w:eastAsia="MS Mincho" w:cs="Times New Roman"/>
        </w:rPr>
        <w:t>peux</w:t>
      </w:r>
      <w:proofErr w:type="spellEnd"/>
      <w:r w:rsidRPr="00956D9A">
        <w:rPr>
          <w:rFonts w:eastAsia="MS Mincho" w:cs="Times New Roman"/>
        </w:rPr>
        <w:t xml:space="preserve"> imaginer faire 15-20 </w:t>
      </w:r>
      <w:proofErr w:type="spellStart"/>
      <w:r w:rsidRPr="00956D9A">
        <w:rPr>
          <w:rFonts w:eastAsia="MS Mincho" w:cs="Times New Roman"/>
        </w:rPr>
        <w:t>entretiens</w:t>
      </w:r>
      <w:proofErr w:type="spellEnd"/>
      <w:r w:rsidRPr="00956D9A">
        <w:rPr>
          <w:rFonts w:eastAsia="MS Mincho" w:cs="Times New Roman"/>
        </w:rPr>
        <w:t xml:space="preserve"> pour </w:t>
      </w:r>
      <w:proofErr w:type="spellStart"/>
      <w:r w:rsidRPr="00956D9A">
        <w:rPr>
          <w:rFonts w:eastAsia="MS Mincho" w:cs="Times New Roman"/>
        </w:rPr>
        <w:t>répondre</w:t>
      </w:r>
      <w:proofErr w:type="spellEnd"/>
      <w:r w:rsidRPr="00956D9A">
        <w:rPr>
          <w:rFonts w:eastAsia="MS Mincho" w:cs="Times New Roman"/>
        </w:rPr>
        <w:t xml:space="preserve"> à </w:t>
      </w:r>
      <w:proofErr w:type="spellStart"/>
      <w:r w:rsidRPr="00956D9A">
        <w:rPr>
          <w:rFonts w:eastAsia="MS Mincho" w:cs="Times New Roman"/>
        </w:rPr>
        <w:t>cette</w:t>
      </w:r>
      <w:proofErr w:type="spellEnd"/>
      <w:r w:rsidRPr="00956D9A">
        <w:rPr>
          <w:rFonts w:eastAsia="MS Mincho" w:cs="Times New Roman"/>
        </w:rPr>
        <w:t xml:space="preserve"> question</w:t>
      </w:r>
    </w:p>
    <w:p w14:paraId="02FF04AD"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Le </w:t>
      </w:r>
      <w:proofErr w:type="spellStart"/>
      <w:r w:rsidRPr="00956D9A">
        <w:rPr>
          <w:rFonts w:eastAsia="MS Mincho" w:cs="Times New Roman"/>
        </w:rPr>
        <w:t>sujet</w:t>
      </w:r>
      <w:proofErr w:type="spellEnd"/>
      <w:r w:rsidRPr="00956D9A">
        <w:rPr>
          <w:rFonts w:eastAsia="MS Mincho" w:cs="Times New Roman"/>
        </w:rPr>
        <w:t xml:space="preserve"> </w:t>
      </w:r>
      <w:proofErr w:type="spellStart"/>
      <w:r w:rsidRPr="00956D9A">
        <w:rPr>
          <w:rFonts w:eastAsia="MS Mincho" w:cs="Times New Roman"/>
        </w:rPr>
        <w:t>n'est</w:t>
      </w:r>
      <w:proofErr w:type="spellEnd"/>
      <w:r w:rsidRPr="00956D9A">
        <w:rPr>
          <w:rFonts w:eastAsia="MS Mincho" w:cs="Times New Roman"/>
        </w:rPr>
        <w:t xml:space="preserve"> pas "La QSE dans les </w:t>
      </w:r>
      <w:proofErr w:type="spellStart"/>
      <w:r w:rsidRPr="00956D9A">
        <w:rPr>
          <w:rFonts w:eastAsia="MS Mincho" w:cs="Times New Roman"/>
        </w:rPr>
        <w:t>entreprises</w:t>
      </w:r>
      <w:proofErr w:type="spellEnd"/>
      <w:r w:rsidRPr="00956D9A">
        <w:rPr>
          <w:rFonts w:eastAsia="MS Mincho" w:cs="Times New Roman"/>
        </w:rPr>
        <w:t>" (= trop large)</w:t>
      </w:r>
    </w:p>
    <w:p w14:paraId="0C630CF2"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Le </w:t>
      </w:r>
      <w:proofErr w:type="spellStart"/>
      <w:r w:rsidRPr="00956D9A">
        <w:rPr>
          <w:rFonts w:eastAsia="MS Mincho" w:cs="Times New Roman"/>
        </w:rPr>
        <w:t>sujet</w:t>
      </w:r>
      <w:proofErr w:type="spellEnd"/>
      <w:r w:rsidRPr="00956D9A">
        <w:rPr>
          <w:rFonts w:eastAsia="MS Mincho" w:cs="Times New Roman"/>
        </w:rPr>
        <w:t xml:space="preserve"> </w:t>
      </w:r>
      <w:proofErr w:type="spellStart"/>
      <w:r w:rsidRPr="00956D9A">
        <w:rPr>
          <w:rFonts w:eastAsia="MS Mincho" w:cs="Times New Roman"/>
        </w:rPr>
        <w:t>n'est</w:t>
      </w:r>
      <w:proofErr w:type="spellEnd"/>
      <w:r w:rsidRPr="00956D9A">
        <w:rPr>
          <w:rFonts w:eastAsia="MS Mincho" w:cs="Times New Roman"/>
        </w:rPr>
        <w:t xml:space="preserve"> pas "</w:t>
      </w:r>
      <w:proofErr w:type="spellStart"/>
      <w:r w:rsidRPr="00956D9A">
        <w:rPr>
          <w:rFonts w:eastAsia="MS Mincho" w:cs="Times New Roman"/>
        </w:rPr>
        <w:t>Pourquoi</w:t>
      </w:r>
      <w:proofErr w:type="spellEnd"/>
      <w:r w:rsidRPr="00956D9A">
        <w:rPr>
          <w:rFonts w:eastAsia="MS Mincho" w:cs="Times New Roman"/>
        </w:rPr>
        <w:t xml:space="preserve"> M. Dupont a-t-il </w:t>
      </w:r>
      <w:proofErr w:type="spellStart"/>
      <w:r w:rsidRPr="00956D9A">
        <w:rPr>
          <w:rFonts w:eastAsia="MS Mincho" w:cs="Times New Roman"/>
        </w:rPr>
        <w:t>quitté</w:t>
      </w:r>
      <w:proofErr w:type="spellEnd"/>
      <w:r w:rsidRPr="00956D9A">
        <w:rPr>
          <w:rFonts w:eastAsia="MS Mincho" w:cs="Times New Roman"/>
        </w:rPr>
        <w:t xml:space="preserve"> son poste de </w:t>
      </w:r>
      <w:proofErr w:type="spellStart"/>
      <w:r w:rsidRPr="00956D9A">
        <w:rPr>
          <w:rFonts w:eastAsia="MS Mincho" w:cs="Times New Roman"/>
        </w:rPr>
        <w:t>responsable</w:t>
      </w:r>
      <w:proofErr w:type="spellEnd"/>
      <w:r w:rsidRPr="00956D9A">
        <w:rPr>
          <w:rFonts w:eastAsia="MS Mincho" w:cs="Times New Roman"/>
        </w:rPr>
        <w:t xml:space="preserve"> QSE dans </w:t>
      </w:r>
      <w:proofErr w:type="spellStart"/>
      <w:r w:rsidRPr="00956D9A">
        <w:rPr>
          <w:rFonts w:eastAsia="MS Mincho" w:cs="Times New Roman"/>
        </w:rPr>
        <w:t>l'entreprise</w:t>
      </w:r>
      <w:proofErr w:type="spellEnd"/>
      <w:r w:rsidRPr="00956D9A">
        <w:rPr>
          <w:rFonts w:eastAsia="MS Mincho" w:cs="Times New Roman"/>
        </w:rPr>
        <w:t xml:space="preserve"> X ?" (= trop </w:t>
      </w:r>
      <w:proofErr w:type="spellStart"/>
      <w:r w:rsidRPr="00956D9A">
        <w:rPr>
          <w:rFonts w:eastAsia="MS Mincho" w:cs="Times New Roman"/>
        </w:rPr>
        <w:t>étroit</w:t>
      </w:r>
      <w:proofErr w:type="spellEnd"/>
      <w:r w:rsidRPr="00956D9A">
        <w:rPr>
          <w:rFonts w:eastAsia="MS Mincho" w:cs="Times New Roman"/>
        </w:rPr>
        <w:t>)</w:t>
      </w:r>
    </w:p>
    <w:p w14:paraId="4EF46291" w14:textId="77777777" w:rsidR="00956D9A" w:rsidRPr="00956D9A" w:rsidRDefault="00956D9A" w:rsidP="00956D9A">
      <w:pPr>
        <w:rPr>
          <w:rFonts w:eastAsia="MS Mincho" w:cs="Times New Roman"/>
        </w:rPr>
      </w:pPr>
    </w:p>
    <w:p w14:paraId="107621CF"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Une bonne </w:t>
      </w:r>
      <w:proofErr w:type="spellStart"/>
      <w:r w:rsidRPr="00956D9A">
        <w:rPr>
          <w:rFonts w:eastAsia="MS Mincho" w:cs="Times New Roman"/>
        </w:rPr>
        <w:t>problématique</w:t>
      </w:r>
      <w:proofErr w:type="spellEnd"/>
      <w:r w:rsidRPr="00956D9A">
        <w:rPr>
          <w:rFonts w:eastAsia="MS Mincho" w:cs="Times New Roman"/>
        </w:rPr>
        <w:t xml:space="preserve"> de M1 doit </w:t>
      </w:r>
      <w:proofErr w:type="spellStart"/>
      <w:r w:rsidRPr="00956D9A">
        <w:rPr>
          <w:rFonts w:eastAsia="MS Mincho" w:cs="Times New Roman"/>
        </w:rPr>
        <w:t>être</w:t>
      </w:r>
      <w:proofErr w:type="spellEnd"/>
      <w:r w:rsidRPr="00956D9A">
        <w:rPr>
          <w:rFonts w:eastAsia="MS Mincho" w:cs="Times New Roman"/>
        </w:rPr>
        <w:t xml:space="preserve"> </w:t>
      </w:r>
      <w:proofErr w:type="spellStart"/>
      <w:r w:rsidRPr="00956D9A">
        <w:rPr>
          <w:rFonts w:eastAsia="MS Mincho" w:cs="Times New Roman"/>
        </w:rPr>
        <w:t>traitable</w:t>
      </w:r>
      <w:proofErr w:type="spellEnd"/>
      <w:r w:rsidRPr="00956D9A">
        <w:rPr>
          <w:rFonts w:eastAsia="MS Mincho" w:cs="Times New Roman"/>
        </w:rPr>
        <w:t xml:space="preserve"> </w:t>
      </w:r>
      <w:proofErr w:type="spellStart"/>
      <w:r w:rsidRPr="00956D9A">
        <w:rPr>
          <w:rFonts w:eastAsia="MS Mincho" w:cs="Times New Roman"/>
        </w:rPr>
        <w:t>en</w:t>
      </w:r>
      <w:proofErr w:type="spellEnd"/>
      <w:r w:rsidRPr="00956D9A">
        <w:rPr>
          <w:rFonts w:eastAsia="MS Mincho" w:cs="Times New Roman"/>
        </w:rPr>
        <w:t xml:space="preserve"> 4-6 </w:t>
      </w:r>
      <w:proofErr w:type="spellStart"/>
      <w:r w:rsidRPr="00956D9A">
        <w:rPr>
          <w:rFonts w:eastAsia="MS Mincho" w:cs="Times New Roman"/>
        </w:rPr>
        <w:t>mois</w:t>
      </w:r>
      <w:proofErr w:type="spellEnd"/>
      <w:r w:rsidRPr="00956D9A">
        <w:rPr>
          <w:rFonts w:eastAsia="MS Mincho" w:cs="Times New Roman"/>
        </w:rPr>
        <w:t xml:space="preserve"> avec des moyens </w:t>
      </w:r>
      <w:proofErr w:type="spellStart"/>
      <w:r w:rsidRPr="00956D9A">
        <w:rPr>
          <w:rFonts w:eastAsia="MS Mincho" w:cs="Times New Roman"/>
        </w:rPr>
        <w:t>limités</w:t>
      </w:r>
      <w:proofErr w:type="spellEnd"/>
    </w:p>
    <w:p w14:paraId="1A7040BF" w14:textId="77777777" w:rsidR="003E2A88" w:rsidRDefault="003E2A88" w:rsidP="00956D9A">
      <w:pPr>
        <w:keepNext/>
        <w:keepLines/>
        <w:spacing w:before="200" w:after="0"/>
        <w:outlineLvl w:val="1"/>
        <w:rPr>
          <w:rFonts w:eastAsia="MS Gothic" w:cs="Times New Roman"/>
          <w:b/>
          <w:bCs/>
          <w:color w:val="4F81BD" w:themeColor="accent1"/>
          <w:sz w:val="26"/>
          <w:szCs w:val="26"/>
        </w:rPr>
      </w:pPr>
    </w:p>
    <w:p w14:paraId="1C1E3A87" w14:textId="1B04990D"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6 : DIMENSION QSE</w:t>
      </w:r>
    </w:p>
    <w:p w14:paraId="4EB7FB20" w14:textId="77777777" w:rsidR="00956D9A" w:rsidRPr="00956D9A" w:rsidRDefault="00956D9A" w:rsidP="00956D9A">
      <w:pPr>
        <w:rPr>
          <w:rFonts w:eastAsia="MS Mincho" w:cs="Times New Roman"/>
        </w:rPr>
      </w:pPr>
    </w:p>
    <w:p w14:paraId="0329C94E" w14:textId="77777777" w:rsidR="00956D9A" w:rsidRPr="00956D9A" w:rsidRDefault="00956D9A" w:rsidP="00956D9A">
      <w:pPr>
        <w:rPr>
          <w:rFonts w:eastAsia="MS Mincho" w:cs="Times New Roman"/>
        </w:rPr>
      </w:pPr>
      <w:r w:rsidRPr="00956D9A">
        <w:rPr>
          <w:rFonts w:eastAsia="MS Mincho" w:cs="Times New Roman"/>
        </w:rPr>
        <w:t xml:space="preserve">Ma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concerne</w:t>
      </w:r>
      <w:proofErr w:type="spellEnd"/>
      <w:r w:rsidRPr="00956D9A">
        <w:rPr>
          <w:rFonts w:eastAsia="MS Mincho" w:cs="Times New Roman"/>
        </w:rPr>
        <w:t xml:space="preserve"> </w:t>
      </w:r>
      <w:proofErr w:type="spellStart"/>
      <w:r w:rsidRPr="00956D9A">
        <w:rPr>
          <w:rFonts w:eastAsia="MS Mincho" w:cs="Times New Roman"/>
        </w:rPr>
        <w:t>explicitement</w:t>
      </w:r>
      <w:proofErr w:type="spellEnd"/>
      <w:r w:rsidRPr="00956D9A">
        <w:rPr>
          <w:rFonts w:eastAsia="MS Mincho" w:cs="Times New Roman"/>
        </w:rPr>
        <w:t xml:space="preserve"> :</w:t>
      </w:r>
    </w:p>
    <w:p w14:paraId="751C5E2B"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La </w:t>
      </w:r>
      <w:proofErr w:type="spellStart"/>
      <w:r w:rsidRPr="00956D9A">
        <w:rPr>
          <w:rFonts w:eastAsia="MS Mincho" w:cs="Times New Roman"/>
        </w:rPr>
        <w:t>Qualité</w:t>
      </w:r>
      <w:proofErr w:type="spellEnd"/>
      <w:r w:rsidRPr="00956D9A">
        <w:rPr>
          <w:rFonts w:eastAsia="MS Mincho" w:cs="Times New Roman"/>
        </w:rPr>
        <w:t xml:space="preserve"> (processus, management de la </w:t>
      </w:r>
      <w:proofErr w:type="spellStart"/>
      <w:r w:rsidRPr="00956D9A">
        <w:rPr>
          <w:rFonts w:eastAsia="MS Mincho" w:cs="Times New Roman"/>
        </w:rPr>
        <w:t>qualité</w:t>
      </w:r>
      <w:proofErr w:type="spellEnd"/>
      <w:r w:rsidRPr="00956D9A">
        <w:rPr>
          <w:rFonts w:eastAsia="MS Mincho" w:cs="Times New Roman"/>
        </w:rPr>
        <w:t>, satisfaction, certification)</w:t>
      </w:r>
    </w:p>
    <w:p w14:paraId="5C559799"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La </w:t>
      </w:r>
      <w:proofErr w:type="spellStart"/>
      <w:r w:rsidRPr="00956D9A">
        <w:rPr>
          <w:rFonts w:eastAsia="MS Mincho" w:cs="Times New Roman"/>
        </w:rPr>
        <w:t>Sécurité</w:t>
      </w:r>
      <w:proofErr w:type="spellEnd"/>
      <w:r w:rsidRPr="00956D9A">
        <w:rPr>
          <w:rFonts w:eastAsia="MS Mincho" w:cs="Times New Roman"/>
        </w:rPr>
        <w:t xml:space="preserve"> (</w:t>
      </w:r>
      <w:proofErr w:type="spellStart"/>
      <w:r w:rsidRPr="00956D9A">
        <w:rPr>
          <w:rFonts w:eastAsia="MS Mincho" w:cs="Times New Roman"/>
        </w:rPr>
        <w:t>prévention</w:t>
      </w:r>
      <w:proofErr w:type="spellEnd"/>
      <w:r w:rsidRPr="00956D9A">
        <w:rPr>
          <w:rFonts w:eastAsia="MS Mincho" w:cs="Times New Roman"/>
        </w:rPr>
        <w:t xml:space="preserve"> des </w:t>
      </w:r>
      <w:proofErr w:type="spellStart"/>
      <w:r w:rsidRPr="00956D9A">
        <w:rPr>
          <w:rFonts w:eastAsia="MS Mincho" w:cs="Times New Roman"/>
        </w:rPr>
        <w:t>risques</w:t>
      </w:r>
      <w:proofErr w:type="spellEnd"/>
      <w:r w:rsidRPr="00956D9A">
        <w:rPr>
          <w:rFonts w:eastAsia="MS Mincho" w:cs="Times New Roman"/>
        </w:rPr>
        <w:t xml:space="preserve">, santé au travail, culture </w:t>
      </w:r>
      <w:proofErr w:type="spellStart"/>
      <w:r w:rsidRPr="00956D9A">
        <w:rPr>
          <w:rFonts w:eastAsia="MS Mincho" w:cs="Times New Roman"/>
        </w:rPr>
        <w:t>sécurité</w:t>
      </w:r>
      <w:proofErr w:type="spellEnd"/>
      <w:r w:rsidRPr="00956D9A">
        <w:rPr>
          <w:rFonts w:eastAsia="MS Mincho" w:cs="Times New Roman"/>
        </w:rPr>
        <w:t>)</w:t>
      </w:r>
    </w:p>
    <w:p w14:paraId="5AA5C2CA"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L'Environnement</w:t>
      </w:r>
      <w:proofErr w:type="spellEnd"/>
      <w:r w:rsidRPr="00956D9A">
        <w:rPr>
          <w:rFonts w:eastAsia="MS Mincho" w:cs="Times New Roman"/>
        </w:rPr>
        <w:t xml:space="preserve"> (impact </w:t>
      </w:r>
      <w:proofErr w:type="spellStart"/>
      <w:r w:rsidRPr="00956D9A">
        <w:rPr>
          <w:rFonts w:eastAsia="MS Mincho" w:cs="Times New Roman"/>
        </w:rPr>
        <w:t>environnemental</w:t>
      </w:r>
      <w:proofErr w:type="spellEnd"/>
      <w:r w:rsidRPr="00956D9A">
        <w:rPr>
          <w:rFonts w:eastAsia="MS Mincho" w:cs="Times New Roman"/>
        </w:rPr>
        <w:t xml:space="preserve">, RSE, </w:t>
      </w:r>
      <w:proofErr w:type="spellStart"/>
      <w:r w:rsidRPr="00956D9A">
        <w:rPr>
          <w:rFonts w:eastAsia="MS Mincho" w:cs="Times New Roman"/>
        </w:rPr>
        <w:t>développement</w:t>
      </w:r>
      <w:proofErr w:type="spellEnd"/>
      <w:r w:rsidRPr="00956D9A">
        <w:rPr>
          <w:rFonts w:eastAsia="MS Mincho" w:cs="Times New Roman"/>
        </w:rPr>
        <w:t xml:space="preserve"> durable)</w:t>
      </w:r>
    </w:p>
    <w:p w14:paraId="242EA30A"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L'articulation</w:t>
      </w:r>
      <w:proofErr w:type="spellEnd"/>
      <w:r w:rsidRPr="00956D9A">
        <w:rPr>
          <w:rFonts w:eastAsia="MS Mincho" w:cs="Times New Roman"/>
        </w:rPr>
        <w:t xml:space="preserve"> entre </w:t>
      </w:r>
      <w:proofErr w:type="spellStart"/>
      <w:r w:rsidRPr="00956D9A">
        <w:rPr>
          <w:rFonts w:eastAsia="MS Mincho" w:cs="Times New Roman"/>
        </w:rPr>
        <w:t>plusieurs</w:t>
      </w:r>
      <w:proofErr w:type="spellEnd"/>
      <w:r w:rsidRPr="00956D9A">
        <w:rPr>
          <w:rFonts w:eastAsia="MS Mincho" w:cs="Times New Roman"/>
        </w:rPr>
        <w:t xml:space="preserve"> dimensions QSE</w:t>
      </w:r>
    </w:p>
    <w:p w14:paraId="2C318070" w14:textId="77777777" w:rsidR="00956D9A" w:rsidRPr="00956D9A" w:rsidRDefault="00956D9A" w:rsidP="00956D9A">
      <w:pPr>
        <w:rPr>
          <w:rFonts w:eastAsia="MS Mincho" w:cs="Times New Roman"/>
        </w:rPr>
      </w:pPr>
    </w:p>
    <w:p w14:paraId="02191F4F"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w:t>
      </w:r>
      <w:proofErr w:type="spellStart"/>
      <w:r w:rsidRPr="00956D9A">
        <w:rPr>
          <w:rFonts w:eastAsia="MS Mincho" w:cs="Times New Roman"/>
        </w:rPr>
        <w:t>Votre</w:t>
      </w:r>
      <w:proofErr w:type="spellEnd"/>
      <w:r w:rsidRPr="00956D9A">
        <w:rPr>
          <w:rFonts w:eastAsia="MS Mincho" w:cs="Times New Roman"/>
        </w:rPr>
        <w:t xml:space="preserve"> </w:t>
      </w:r>
      <w:proofErr w:type="spellStart"/>
      <w:r w:rsidRPr="00956D9A">
        <w:rPr>
          <w:rFonts w:eastAsia="MS Mincho" w:cs="Times New Roman"/>
        </w:rPr>
        <w:t>problématique</w:t>
      </w:r>
      <w:proofErr w:type="spellEnd"/>
      <w:r w:rsidRPr="00956D9A">
        <w:rPr>
          <w:rFonts w:eastAsia="MS Mincho" w:cs="Times New Roman"/>
        </w:rPr>
        <w:t xml:space="preserve"> doit </w:t>
      </w:r>
      <w:proofErr w:type="spellStart"/>
      <w:r w:rsidRPr="00956D9A">
        <w:rPr>
          <w:rFonts w:eastAsia="MS Mincho" w:cs="Times New Roman"/>
        </w:rPr>
        <w:t>clairement</w:t>
      </w:r>
      <w:proofErr w:type="spellEnd"/>
      <w:r w:rsidRPr="00956D9A">
        <w:rPr>
          <w:rFonts w:eastAsia="MS Mincho" w:cs="Times New Roman"/>
        </w:rPr>
        <w:t xml:space="preserve"> </w:t>
      </w:r>
      <w:proofErr w:type="spellStart"/>
      <w:r w:rsidRPr="00956D9A">
        <w:rPr>
          <w:rFonts w:eastAsia="MS Mincho" w:cs="Times New Roman"/>
        </w:rPr>
        <w:t>s'inscrire</w:t>
      </w:r>
      <w:proofErr w:type="spellEnd"/>
      <w:r w:rsidRPr="00956D9A">
        <w:rPr>
          <w:rFonts w:eastAsia="MS Mincho" w:cs="Times New Roman"/>
        </w:rPr>
        <w:t xml:space="preserve"> dans le champ QSE</w:t>
      </w:r>
    </w:p>
    <w:p w14:paraId="18D2CC47" w14:textId="77777777" w:rsidR="00956D9A" w:rsidRPr="00956D9A" w:rsidRDefault="00956D9A" w:rsidP="00956D9A">
      <w:pPr>
        <w:rPr>
          <w:rFonts w:eastAsia="MS Mincho" w:cs="Times New Roman"/>
        </w:rPr>
      </w:pPr>
    </w:p>
    <w:p w14:paraId="168C1B58" w14:textId="77777777" w:rsidR="00956D9A" w:rsidRPr="00956D9A" w:rsidRDefault="00956D9A" w:rsidP="00956D9A">
      <w:pPr>
        <w:keepNext/>
        <w:keepLines/>
        <w:spacing w:before="200" w:after="0"/>
        <w:outlineLvl w:val="1"/>
        <w:rPr>
          <w:rFonts w:eastAsia="MS Gothic" w:cs="Times New Roman"/>
          <w:b/>
          <w:bCs/>
          <w:color w:val="4F81BD" w:themeColor="accent1"/>
          <w:sz w:val="26"/>
          <w:szCs w:val="26"/>
        </w:rPr>
      </w:pPr>
      <w:r w:rsidRPr="00956D9A">
        <w:rPr>
          <w:rFonts w:eastAsia="MS Gothic" w:cs="Times New Roman"/>
          <w:b/>
          <w:bCs/>
          <w:color w:val="4F81BD" w:themeColor="accent1"/>
          <w:sz w:val="26"/>
          <w:szCs w:val="26"/>
        </w:rPr>
        <w:t>CRITÈRE 7 : FAISABILITÉ</w:t>
      </w:r>
    </w:p>
    <w:p w14:paraId="1801CF72" w14:textId="77777777" w:rsidR="00956D9A" w:rsidRPr="00956D9A" w:rsidRDefault="00956D9A" w:rsidP="00956D9A">
      <w:pPr>
        <w:rPr>
          <w:rFonts w:eastAsia="MS Mincho" w:cs="Times New Roman"/>
        </w:rPr>
      </w:pPr>
    </w:p>
    <w:p w14:paraId="187FFF0A"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w:t>
      </w:r>
      <w:proofErr w:type="spellStart"/>
      <w:r w:rsidRPr="00956D9A">
        <w:rPr>
          <w:rFonts w:eastAsia="MS Mincho" w:cs="Times New Roman"/>
        </w:rPr>
        <w:t>J'ai</w:t>
      </w:r>
      <w:proofErr w:type="spellEnd"/>
      <w:r w:rsidRPr="00956D9A">
        <w:rPr>
          <w:rFonts w:eastAsia="MS Mincho" w:cs="Times New Roman"/>
        </w:rPr>
        <w:t xml:space="preserve"> (</w:t>
      </w:r>
      <w:proofErr w:type="spellStart"/>
      <w:r w:rsidRPr="00956D9A">
        <w:rPr>
          <w:rFonts w:eastAsia="MS Mincho" w:cs="Times New Roman"/>
        </w:rPr>
        <w:t>ou</w:t>
      </w:r>
      <w:proofErr w:type="spellEnd"/>
      <w:r w:rsidRPr="00956D9A">
        <w:rPr>
          <w:rFonts w:eastAsia="MS Mincho" w:cs="Times New Roman"/>
        </w:rPr>
        <w:t xml:space="preserve"> je </w:t>
      </w:r>
      <w:proofErr w:type="spellStart"/>
      <w:r w:rsidRPr="00956D9A">
        <w:rPr>
          <w:rFonts w:eastAsia="MS Mincho" w:cs="Times New Roman"/>
        </w:rPr>
        <w:t>peux</w:t>
      </w:r>
      <w:proofErr w:type="spellEnd"/>
      <w:r w:rsidRPr="00956D9A">
        <w:rPr>
          <w:rFonts w:eastAsia="MS Mincho" w:cs="Times New Roman"/>
        </w:rPr>
        <w:t xml:space="preserve"> </w:t>
      </w:r>
      <w:proofErr w:type="spellStart"/>
      <w:r w:rsidRPr="00956D9A">
        <w:rPr>
          <w:rFonts w:eastAsia="MS Mincho" w:cs="Times New Roman"/>
        </w:rPr>
        <w:t>avoir</w:t>
      </w:r>
      <w:proofErr w:type="spellEnd"/>
      <w:r w:rsidRPr="00956D9A">
        <w:rPr>
          <w:rFonts w:eastAsia="MS Mincho" w:cs="Times New Roman"/>
        </w:rPr>
        <w:t xml:space="preserve">) </w:t>
      </w:r>
      <w:proofErr w:type="spellStart"/>
      <w:r w:rsidRPr="00956D9A">
        <w:rPr>
          <w:rFonts w:eastAsia="MS Mincho" w:cs="Times New Roman"/>
        </w:rPr>
        <w:t>accès</w:t>
      </w:r>
      <w:proofErr w:type="spellEnd"/>
      <w:r w:rsidRPr="00956D9A">
        <w:rPr>
          <w:rFonts w:eastAsia="MS Mincho" w:cs="Times New Roman"/>
        </w:rPr>
        <w:t xml:space="preserve"> à un terrain </w:t>
      </w:r>
      <w:proofErr w:type="spellStart"/>
      <w:r w:rsidRPr="00956D9A">
        <w:rPr>
          <w:rFonts w:eastAsia="MS Mincho" w:cs="Times New Roman"/>
        </w:rPr>
        <w:t>d'étude</w:t>
      </w:r>
      <w:proofErr w:type="spellEnd"/>
    </w:p>
    <w:p w14:paraId="0167E613"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Je </w:t>
      </w:r>
      <w:proofErr w:type="spellStart"/>
      <w:r w:rsidRPr="00956D9A">
        <w:rPr>
          <w:rFonts w:eastAsia="MS Mincho" w:cs="Times New Roman"/>
        </w:rPr>
        <w:t>peux</w:t>
      </w:r>
      <w:proofErr w:type="spellEnd"/>
      <w:r w:rsidRPr="00956D9A">
        <w:rPr>
          <w:rFonts w:eastAsia="MS Mincho" w:cs="Times New Roman"/>
        </w:rPr>
        <w:t xml:space="preserve"> identifier des </w:t>
      </w:r>
      <w:proofErr w:type="spellStart"/>
      <w:r w:rsidRPr="00956D9A">
        <w:rPr>
          <w:rFonts w:eastAsia="MS Mincho" w:cs="Times New Roman"/>
        </w:rPr>
        <w:t>personnes</w:t>
      </w:r>
      <w:proofErr w:type="spellEnd"/>
      <w:r w:rsidRPr="00956D9A">
        <w:rPr>
          <w:rFonts w:eastAsia="MS Mincho" w:cs="Times New Roman"/>
        </w:rPr>
        <w:t xml:space="preserve"> à interviewer</w:t>
      </w:r>
    </w:p>
    <w:p w14:paraId="09F2064D"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Je dispose du temps </w:t>
      </w:r>
      <w:proofErr w:type="spellStart"/>
      <w:r w:rsidRPr="00956D9A">
        <w:rPr>
          <w:rFonts w:eastAsia="MS Mincho" w:cs="Times New Roman"/>
        </w:rPr>
        <w:t>nécessaire</w:t>
      </w:r>
      <w:proofErr w:type="spellEnd"/>
      <w:r w:rsidRPr="00956D9A">
        <w:rPr>
          <w:rFonts w:eastAsia="MS Mincho" w:cs="Times New Roman"/>
        </w:rPr>
        <w:t xml:space="preserve"> pour </w:t>
      </w:r>
      <w:proofErr w:type="spellStart"/>
      <w:r w:rsidRPr="00956D9A">
        <w:rPr>
          <w:rFonts w:eastAsia="MS Mincho" w:cs="Times New Roman"/>
        </w:rPr>
        <w:t>mener</w:t>
      </w:r>
      <w:proofErr w:type="spellEnd"/>
      <w:r w:rsidRPr="00956D9A">
        <w:rPr>
          <w:rFonts w:eastAsia="MS Mincho" w:cs="Times New Roman"/>
        </w:rPr>
        <w:t xml:space="preserve"> </w:t>
      </w:r>
      <w:proofErr w:type="spellStart"/>
      <w:r w:rsidRPr="00956D9A">
        <w:rPr>
          <w:rFonts w:eastAsia="MS Mincho" w:cs="Times New Roman"/>
        </w:rPr>
        <w:t>cette</w:t>
      </w:r>
      <w:proofErr w:type="spellEnd"/>
      <w:r w:rsidRPr="00956D9A">
        <w:rPr>
          <w:rFonts w:eastAsia="MS Mincho" w:cs="Times New Roman"/>
        </w:rPr>
        <w:t xml:space="preserve"> recherche</w:t>
      </w:r>
    </w:p>
    <w:p w14:paraId="24E86F93"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Le </w:t>
      </w:r>
      <w:proofErr w:type="spellStart"/>
      <w:r w:rsidRPr="00956D9A">
        <w:rPr>
          <w:rFonts w:eastAsia="MS Mincho" w:cs="Times New Roman"/>
        </w:rPr>
        <w:t>sujet</w:t>
      </w:r>
      <w:proofErr w:type="spellEnd"/>
      <w:r w:rsidRPr="00956D9A">
        <w:rPr>
          <w:rFonts w:eastAsia="MS Mincho" w:cs="Times New Roman"/>
        </w:rPr>
        <w:t xml:space="preserve"> ne </w:t>
      </w:r>
      <w:proofErr w:type="spellStart"/>
      <w:r w:rsidRPr="00956D9A">
        <w:rPr>
          <w:rFonts w:eastAsia="MS Mincho" w:cs="Times New Roman"/>
        </w:rPr>
        <w:t>nécessite</w:t>
      </w:r>
      <w:proofErr w:type="spellEnd"/>
      <w:r w:rsidRPr="00956D9A">
        <w:rPr>
          <w:rFonts w:eastAsia="MS Mincho" w:cs="Times New Roman"/>
        </w:rPr>
        <w:t xml:space="preserve"> pas </w:t>
      </w:r>
      <w:proofErr w:type="spellStart"/>
      <w:r w:rsidRPr="00956D9A">
        <w:rPr>
          <w:rFonts w:eastAsia="MS Mincho" w:cs="Times New Roman"/>
        </w:rPr>
        <w:t>d'autorisations</w:t>
      </w:r>
      <w:proofErr w:type="spellEnd"/>
      <w:r w:rsidRPr="00956D9A">
        <w:rPr>
          <w:rFonts w:eastAsia="MS Mincho" w:cs="Times New Roman"/>
        </w:rPr>
        <w:t xml:space="preserve"> impossibles à </w:t>
      </w:r>
      <w:proofErr w:type="spellStart"/>
      <w:r w:rsidRPr="00956D9A">
        <w:rPr>
          <w:rFonts w:eastAsia="MS Mincho" w:cs="Times New Roman"/>
        </w:rPr>
        <w:t>obtenir</w:t>
      </w:r>
      <w:proofErr w:type="spellEnd"/>
    </w:p>
    <w:p w14:paraId="040D10D7" w14:textId="77777777" w:rsidR="00956D9A" w:rsidRPr="00956D9A" w:rsidRDefault="00956D9A" w:rsidP="00956D9A">
      <w:pPr>
        <w:rPr>
          <w:rFonts w:eastAsia="MS Mincho" w:cs="Times New Roman"/>
        </w:rPr>
      </w:pPr>
    </w:p>
    <w:p w14:paraId="044BCD4E" w14:textId="77777777" w:rsidR="00956D9A" w:rsidRPr="00956D9A" w:rsidRDefault="00956D9A" w:rsidP="00956D9A">
      <w:pPr>
        <w:rPr>
          <w:rFonts w:eastAsia="MS Mincho" w:cs="Times New Roman"/>
        </w:rPr>
      </w:pPr>
      <w:r w:rsidRPr="00956D9A">
        <w:rPr>
          <w:rFonts w:ascii="Segoe UI Emoji" w:eastAsia="MS Mincho" w:hAnsi="Segoe UI Emoji" w:cs="Segoe UI Emoji"/>
        </w:rPr>
        <w:t>💡</w:t>
      </w:r>
      <w:r w:rsidRPr="00956D9A">
        <w:rPr>
          <w:rFonts w:eastAsia="MS Mincho" w:cs="Times New Roman"/>
        </w:rPr>
        <w:t xml:space="preserve"> Une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passionnante</w:t>
      </w:r>
      <w:proofErr w:type="spellEnd"/>
      <w:r w:rsidRPr="00956D9A">
        <w:rPr>
          <w:rFonts w:eastAsia="MS Mincho" w:cs="Times New Roman"/>
        </w:rPr>
        <w:t xml:space="preserve"> </w:t>
      </w:r>
      <w:proofErr w:type="spellStart"/>
      <w:r w:rsidRPr="00956D9A">
        <w:rPr>
          <w:rFonts w:eastAsia="MS Mincho" w:cs="Times New Roman"/>
        </w:rPr>
        <w:t>mais</w:t>
      </w:r>
      <w:proofErr w:type="spellEnd"/>
      <w:r w:rsidRPr="00956D9A">
        <w:rPr>
          <w:rFonts w:eastAsia="MS Mincho" w:cs="Times New Roman"/>
        </w:rPr>
        <w:t xml:space="preserve"> impossible à </w:t>
      </w:r>
      <w:proofErr w:type="spellStart"/>
      <w:r w:rsidRPr="00956D9A">
        <w:rPr>
          <w:rFonts w:eastAsia="MS Mincho" w:cs="Times New Roman"/>
        </w:rPr>
        <w:t>investiguer</w:t>
      </w:r>
      <w:proofErr w:type="spellEnd"/>
      <w:r w:rsidRPr="00956D9A">
        <w:rPr>
          <w:rFonts w:eastAsia="MS Mincho" w:cs="Times New Roman"/>
        </w:rPr>
        <w:t xml:space="preserve"> ne </w:t>
      </w:r>
      <w:proofErr w:type="spellStart"/>
      <w:r w:rsidRPr="00956D9A">
        <w:rPr>
          <w:rFonts w:eastAsia="MS Mincho" w:cs="Times New Roman"/>
        </w:rPr>
        <w:t>sert</w:t>
      </w:r>
      <w:proofErr w:type="spellEnd"/>
      <w:r w:rsidRPr="00956D9A">
        <w:rPr>
          <w:rFonts w:eastAsia="MS Mincho" w:cs="Times New Roman"/>
        </w:rPr>
        <w:t xml:space="preserve"> à rien !</w:t>
      </w:r>
    </w:p>
    <w:p w14:paraId="5BFFA901" w14:textId="77777777" w:rsidR="00956D9A" w:rsidRPr="00956D9A" w:rsidRDefault="00956D9A" w:rsidP="00956D9A">
      <w:pPr>
        <w:rPr>
          <w:rFonts w:eastAsia="MS Mincho" w:cs="Times New Roman"/>
        </w:rPr>
      </w:pPr>
    </w:p>
    <w:p w14:paraId="7A036580" w14:textId="77777777" w:rsidR="00956D9A" w:rsidRPr="00956D9A" w:rsidRDefault="00956D9A" w:rsidP="00956D9A">
      <w:pPr>
        <w:rPr>
          <w:rFonts w:eastAsia="MS Mincho" w:cs="Times New Roman"/>
        </w:rPr>
      </w:pPr>
    </w:p>
    <w:p w14:paraId="6F59CD0B" w14:textId="77777777" w:rsidR="00956D9A" w:rsidRPr="00956D9A" w:rsidRDefault="00956D9A" w:rsidP="00956D9A">
      <w:pPr>
        <w:rPr>
          <w:rFonts w:eastAsia="MS Mincho" w:cs="Times New Roman"/>
        </w:rPr>
      </w:pPr>
      <w:r w:rsidRPr="00956D9A">
        <w:rPr>
          <w:rFonts w:eastAsia="MS Mincho" w:cs="Times New Roman"/>
        </w:rPr>
        <w:t xml:space="preserve">MON SCORE TOTAL : ______ / 24 cases </w:t>
      </w:r>
      <w:proofErr w:type="spellStart"/>
      <w:r w:rsidRPr="00956D9A">
        <w:rPr>
          <w:rFonts w:eastAsia="MS Mincho" w:cs="Times New Roman"/>
        </w:rPr>
        <w:t>cochées</w:t>
      </w:r>
      <w:proofErr w:type="spellEnd"/>
    </w:p>
    <w:p w14:paraId="631C0E6A" w14:textId="77777777" w:rsidR="00956D9A" w:rsidRPr="00956D9A" w:rsidRDefault="00956D9A" w:rsidP="00956D9A">
      <w:pPr>
        <w:rPr>
          <w:rFonts w:eastAsia="MS Mincho" w:cs="Times New Roman"/>
        </w:rPr>
      </w:pPr>
    </w:p>
    <w:p w14:paraId="4661D63E" w14:textId="77777777" w:rsidR="00956D9A" w:rsidRPr="00956D9A" w:rsidRDefault="00956D9A" w:rsidP="00956D9A">
      <w:pPr>
        <w:rPr>
          <w:rFonts w:eastAsia="MS Mincho" w:cs="Times New Roman"/>
        </w:rPr>
      </w:pPr>
      <w:proofErr w:type="spellStart"/>
      <w:r w:rsidRPr="00956D9A">
        <w:rPr>
          <w:rFonts w:eastAsia="MS Mincho" w:cs="Times New Roman"/>
        </w:rPr>
        <w:t>Interprétation</w:t>
      </w:r>
      <w:proofErr w:type="spellEnd"/>
      <w:r w:rsidRPr="00956D9A">
        <w:rPr>
          <w:rFonts w:eastAsia="MS Mincho" w:cs="Times New Roman"/>
        </w:rPr>
        <w:t xml:space="preserve"> :</w:t>
      </w:r>
    </w:p>
    <w:p w14:paraId="3264EB48"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20-24 : </w:t>
      </w:r>
      <w:proofErr w:type="spellStart"/>
      <w:r w:rsidRPr="00956D9A">
        <w:rPr>
          <w:rFonts w:eastAsia="MS Mincho" w:cs="Times New Roman"/>
        </w:rPr>
        <w:t>Excellente</w:t>
      </w:r>
      <w:proofErr w:type="spellEnd"/>
      <w:r w:rsidRPr="00956D9A">
        <w:rPr>
          <w:rFonts w:eastAsia="MS Mincho" w:cs="Times New Roman"/>
        </w:rPr>
        <w:t xml:space="preserve"> </w:t>
      </w:r>
      <w:proofErr w:type="spellStart"/>
      <w:r w:rsidRPr="00956D9A">
        <w:rPr>
          <w:rFonts w:eastAsia="MS Mincho" w:cs="Times New Roman"/>
        </w:rPr>
        <w:t>problématique</w:t>
      </w:r>
      <w:proofErr w:type="spellEnd"/>
      <w:r w:rsidRPr="00956D9A">
        <w:rPr>
          <w:rFonts w:eastAsia="MS Mincho" w:cs="Times New Roman"/>
        </w:rPr>
        <w:t xml:space="preserve">, vous </w:t>
      </w:r>
      <w:proofErr w:type="spellStart"/>
      <w:r w:rsidRPr="00956D9A">
        <w:rPr>
          <w:rFonts w:eastAsia="MS Mincho" w:cs="Times New Roman"/>
        </w:rPr>
        <w:t>êtes</w:t>
      </w:r>
      <w:proofErr w:type="spellEnd"/>
      <w:r w:rsidRPr="00956D9A">
        <w:rPr>
          <w:rFonts w:eastAsia="MS Mincho" w:cs="Times New Roman"/>
        </w:rPr>
        <w:t xml:space="preserve"> sur la bonne </w:t>
      </w:r>
      <w:proofErr w:type="spellStart"/>
      <w:r w:rsidRPr="00956D9A">
        <w:rPr>
          <w:rFonts w:eastAsia="MS Mincho" w:cs="Times New Roman"/>
        </w:rPr>
        <w:t>voie</w:t>
      </w:r>
      <w:proofErr w:type="spellEnd"/>
      <w:r w:rsidRPr="00956D9A">
        <w:rPr>
          <w:rFonts w:eastAsia="MS Mincho" w:cs="Times New Roman"/>
        </w:rPr>
        <w:t xml:space="preserve"> !</w:t>
      </w:r>
    </w:p>
    <w:p w14:paraId="64A2EC11"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15-19 : Bonne base, </w:t>
      </w:r>
      <w:proofErr w:type="spellStart"/>
      <w:r w:rsidRPr="00956D9A">
        <w:rPr>
          <w:rFonts w:eastAsia="MS Mincho" w:cs="Times New Roman"/>
        </w:rPr>
        <w:t>quelques</w:t>
      </w:r>
      <w:proofErr w:type="spellEnd"/>
      <w:r w:rsidRPr="00956D9A">
        <w:rPr>
          <w:rFonts w:eastAsia="MS Mincho" w:cs="Times New Roman"/>
        </w:rPr>
        <w:t xml:space="preserve"> </w:t>
      </w:r>
      <w:proofErr w:type="spellStart"/>
      <w:r w:rsidRPr="00956D9A">
        <w:rPr>
          <w:rFonts w:eastAsia="MS Mincho" w:cs="Times New Roman"/>
        </w:rPr>
        <w:t>ajustements</w:t>
      </w:r>
      <w:proofErr w:type="spellEnd"/>
      <w:r w:rsidRPr="00956D9A">
        <w:rPr>
          <w:rFonts w:eastAsia="MS Mincho" w:cs="Times New Roman"/>
        </w:rPr>
        <w:t xml:space="preserve"> </w:t>
      </w:r>
      <w:proofErr w:type="spellStart"/>
      <w:r w:rsidRPr="00956D9A">
        <w:rPr>
          <w:rFonts w:eastAsia="MS Mincho" w:cs="Times New Roman"/>
        </w:rPr>
        <w:t>nécessaires</w:t>
      </w:r>
      <w:proofErr w:type="spellEnd"/>
    </w:p>
    <w:p w14:paraId="594729E2"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10-14 : Reformulation </w:t>
      </w:r>
      <w:proofErr w:type="spellStart"/>
      <w:r w:rsidRPr="00956D9A">
        <w:rPr>
          <w:rFonts w:eastAsia="MS Mincho" w:cs="Times New Roman"/>
        </w:rPr>
        <w:t>importante</w:t>
      </w:r>
      <w:proofErr w:type="spellEnd"/>
      <w:r w:rsidRPr="00956D9A">
        <w:rPr>
          <w:rFonts w:eastAsia="MS Mincho" w:cs="Times New Roman"/>
        </w:rPr>
        <w:t xml:space="preserve"> à </w:t>
      </w:r>
      <w:proofErr w:type="spellStart"/>
      <w:r w:rsidRPr="00956D9A">
        <w:rPr>
          <w:rFonts w:eastAsia="MS Mincho" w:cs="Times New Roman"/>
        </w:rPr>
        <w:t>prévoir</w:t>
      </w:r>
      <w:proofErr w:type="spellEnd"/>
    </w:p>
    <w:p w14:paraId="1A1E978C" w14:textId="77777777" w:rsidR="00956D9A" w:rsidRPr="00956D9A" w:rsidRDefault="00956D9A" w:rsidP="00956D9A">
      <w:pPr>
        <w:tabs>
          <w:tab w:val="num" w:pos="360"/>
        </w:tabs>
        <w:ind w:left="360" w:hanging="360"/>
        <w:contextualSpacing/>
        <w:rPr>
          <w:rFonts w:eastAsia="MS Mincho" w:cs="Times New Roman"/>
        </w:rPr>
      </w:pPr>
      <w:r w:rsidRPr="00956D9A">
        <w:rPr>
          <w:rFonts w:eastAsia="MS Mincho" w:cs="Times New Roman"/>
        </w:rPr>
        <w:t xml:space="preserve">• &lt; 10 : Retour à la </w:t>
      </w:r>
      <w:proofErr w:type="spellStart"/>
      <w:r w:rsidRPr="00956D9A">
        <w:rPr>
          <w:rFonts w:eastAsia="MS Mincho" w:cs="Times New Roman"/>
        </w:rPr>
        <w:t>planche</w:t>
      </w:r>
      <w:proofErr w:type="spellEnd"/>
      <w:r w:rsidRPr="00956D9A">
        <w:rPr>
          <w:rFonts w:eastAsia="MS Mincho" w:cs="Times New Roman"/>
        </w:rPr>
        <w:t xml:space="preserve"> à dessin </w:t>
      </w:r>
      <w:proofErr w:type="spellStart"/>
      <w:r w:rsidRPr="00956D9A">
        <w:rPr>
          <w:rFonts w:eastAsia="MS Mincho" w:cs="Times New Roman"/>
        </w:rPr>
        <w:t>conseillé</w:t>
      </w:r>
      <w:proofErr w:type="spellEnd"/>
    </w:p>
    <w:p w14:paraId="22A8A489" w14:textId="77777777" w:rsidR="00956D9A" w:rsidRPr="00956D9A" w:rsidRDefault="00956D9A" w:rsidP="00956D9A">
      <w:pPr>
        <w:rPr>
          <w:rFonts w:eastAsia="MS Mincho" w:cs="Times New Roman"/>
        </w:rPr>
      </w:pPr>
    </w:p>
    <w:p w14:paraId="21632A6C" w14:textId="77777777" w:rsidR="00956D9A" w:rsidRPr="00956D9A" w:rsidRDefault="00956D9A" w:rsidP="00956D9A">
      <w:pPr>
        <w:rPr>
          <w:rFonts w:eastAsia="MS Mincho" w:cs="Times New Roman"/>
        </w:rPr>
      </w:pPr>
    </w:p>
    <w:p w14:paraId="745F23BC" w14:textId="77777777" w:rsidR="00956D9A" w:rsidRPr="00956D9A" w:rsidRDefault="00956D9A" w:rsidP="00956D9A">
      <w:pPr>
        <w:rPr>
          <w:rFonts w:eastAsia="MS Mincho" w:cs="Times New Roman"/>
        </w:rPr>
      </w:pPr>
      <w:r w:rsidRPr="00956D9A">
        <w:rPr>
          <w:rFonts w:eastAsia="MS Mincho" w:cs="Times New Roman"/>
        </w:rPr>
        <w:t>REFORMULATION AMÉLIORÉE DE MA PROBLÉMATIQUE :</w:t>
      </w:r>
    </w:p>
    <w:p w14:paraId="00EACD79" w14:textId="77777777" w:rsidR="00956D9A" w:rsidRPr="00956D9A" w:rsidRDefault="00956D9A" w:rsidP="00956D9A">
      <w:pPr>
        <w:rPr>
          <w:rFonts w:eastAsia="MS Mincho" w:cs="Times New Roman"/>
        </w:rPr>
      </w:pPr>
    </w:p>
    <w:p w14:paraId="4AD95D45"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0FDBF065" w14:textId="77777777" w:rsidR="00956D9A" w:rsidRPr="00956D9A" w:rsidRDefault="00956D9A" w:rsidP="00956D9A">
      <w:pPr>
        <w:rPr>
          <w:rFonts w:eastAsia="MS Mincho" w:cs="Times New Roman"/>
        </w:rPr>
      </w:pPr>
    </w:p>
    <w:p w14:paraId="03A206D8"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57E47021" w14:textId="77777777" w:rsidR="00956D9A" w:rsidRPr="00956D9A" w:rsidRDefault="00956D9A" w:rsidP="00956D9A">
      <w:pPr>
        <w:rPr>
          <w:rFonts w:eastAsia="MS Mincho" w:cs="Times New Roman"/>
        </w:rPr>
      </w:pPr>
    </w:p>
    <w:p w14:paraId="71AE8843" w14:textId="4AAB43F1" w:rsidR="00956D9A" w:rsidRPr="00956D9A" w:rsidRDefault="008E3476" w:rsidP="008E3476">
      <w:pPr>
        <w:pStyle w:val="Titre1"/>
        <w:jc w:val="center"/>
      </w:pPr>
      <w:r>
        <w:t xml:space="preserve">EXERCICE 5 : </w:t>
      </w:r>
      <w:proofErr w:type="spellStart"/>
      <w:r>
        <w:t>L’ascenseur</w:t>
      </w:r>
      <w:proofErr w:type="spellEnd"/>
    </w:p>
    <w:p w14:paraId="4FAE7038" w14:textId="77777777" w:rsidR="00956D9A" w:rsidRPr="00956D9A" w:rsidRDefault="00956D9A" w:rsidP="00956D9A">
      <w:pPr>
        <w:rPr>
          <w:rFonts w:eastAsia="MS Mincho" w:cs="Times New Roman"/>
        </w:rPr>
      </w:pPr>
    </w:p>
    <w:p w14:paraId="7213F42D" w14:textId="77478A09" w:rsidR="00956D9A" w:rsidRPr="00956D9A" w:rsidRDefault="00956D9A" w:rsidP="00956D9A">
      <w:pPr>
        <w:rPr>
          <w:rFonts w:eastAsia="MS Mincho" w:cs="Times New Roman"/>
        </w:rPr>
      </w:pPr>
      <w:proofErr w:type="spellStart"/>
      <w:r w:rsidRPr="00956D9A">
        <w:rPr>
          <w:rFonts w:eastAsia="MS Mincho" w:cs="Times New Roman"/>
        </w:rPr>
        <w:t>Imaginez</w:t>
      </w:r>
      <w:proofErr w:type="spellEnd"/>
      <w:r w:rsidRPr="00956D9A">
        <w:rPr>
          <w:rFonts w:eastAsia="MS Mincho" w:cs="Times New Roman"/>
        </w:rPr>
        <w:t xml:space="preserve"> </w:t>
      </w:r>
      <w:proofErr w:type="spellStart"/>
      <w:r w:rsidRPr="00956D9A">
        <w:rPr>
          <w:rFonts w:eastAsia="MS Mincho" w:cs="Times New Roman"/>
        </w:rPr>
        <w:t>que</w:t>
      </w:r>
      <w:proofErr w:type="spellEnd"/>
      <w:r w:rsidRPr="00956D9A">
        <w:rPr>
          <w:rFonts w:eastAsia="MS Mincho" w:cs="Times New Roman"/>
        </w:rPr>
        <w:t xml:space="preserve"> vous </w:t>
      </w:r>
      <w:proofErr w:type="spellStart"/>
      <w:r w:rsidRPr="00956D9A">
        <w:rPr>
          <w:rFonts w:eastAsia="MS Mincho" w:cs="Times New Roman"/>
        </w:rPr>
        <w:t>avez</w:t>
      </w:r>
      <w:proofErr w:type="spellEnd"/>
      <w:r w:rsidRPr="00956D9A">
        <w:rPr>
          <w:rFonts w:eastAsia="MS Mincho" w:cs="Times New Roman"/>
        </w:rPr>
        <w:t xml:space="preserve"> 30 </w:t>
      </w:r>
      <w:proofErr w:type="spellStart"/>
      <w:r w:rsidRPr="00956D9A">
        <w:rPr>
          <w:rFonts w:eastAsia="MS Mincho" w:cs="Times New Roman"/>
        </w:rPr>
        <w:t>secondes</w:t>
      </w:r>
      <w:proofErr w:type="spellEnd"/>
      <w:r w:rsidRPr="00956D9A">
        <w:rPr>
          <w:rFonts w:eastAsia="MS Mincho" w:cs="Times New Roman"/>
        </w:rPr>
        <w:t xml:space="preserve"> dans un </w:t>
      </w:r>
      <w:proofErr w:type="spellStart"/>
      <w:r w:rsidRPr="00956D9A">
        <w:rPr>
          <w:rFonts w:eastAsia="MS Mincho" w:cs="Times New Roman"/>
        </w:rPr>
        <w:t>ascenseur</w:t>
      </w:r>
      <w:proofErr w:type="spellEnd"/>
      <w:r w:rsidRPr="00956D9A">
        <w:rPr>
          <w:rFonts w:eastAsia="MS Mincho" w:cs="Times New Roman"/>
        </w:rPr>
        <w:t xml:space="preserve"> pour </w:t>
      </w:r>
      <w:proofErr w:type="spellStart"/>
      <w:r w:rsidRPr="00956D9A">
        <w:rPr>
          <w:rFonts w:eastAsia="MS Mincho" w:cs="Times New Roman"/>
        </w:rPr>
        <w:t>expliquer</w:t>
      </w:r>
      <w:proofErr w:type="spellEnd"/>
      <w:r w:rsidRPr="00956D9A">
        <w:rPr>
          <w:rFonts w:eastAsia="MS Mincho" w:cs="Times New Roman"/>
        </w:rPr>
        <w:t xml:space="preserve"> </w:t>
      </w:r>
      <w:proofErr w:type="spellStart"/>
      <w:r w:rsidRPr="00956D9A">
        <w:rPr>
          <w:rFonts w:eastAsia="MS Mincho" w:cs="Times New Roman"/>
        </w:rPr>
        <w:t>votre</w:t>
      </w:r>
      <w:proofErr w:type="spellEnd"/>
      <w:r w:rsidRPr="00956D9A">
        <w:rPr>
          <w:rFonts w:eastAsia="MS Mincho" w:cs="Times New Roman"/>
        </w:rPr>
        <w:t xml:space="preserve"> recherche à un </w:t>
      </w:r>
      <w:proofErr w:type="spellStart"/>
      <w:r w:rsidRPr="00956D9A">
        <w:rPr>
          <w:rFonts w:eastAsia="MS Mincho" w:cs="Times New Roman"/>
        </w:rPr>
        <w:t>professionnel</w:t>
      </w:r>
      <w:proofErr w:type="spellEnd"/>
      <w:r w:rsidRPr="00956D9A">
        <w:rPr>
          <w:rFonts w:eastAsia="MS Mincho" w:cs="Times New Roman"/>
        </w:rPr>
        <w:t xml:space="preserve"> QSE. </w:t>
      </w:r>
      <w:proofErr w:type="spellStart"/>
      <w:r w:rsidR="006A5B1C">
        <w:rPr>
          <w:rFonts w:eastAsia="MS Mincho" w:cs="Times New Roman"/>
        </w:rPr>
        <w:t>Présentez</w:t>
      </w:r>
      <w:proofErr w:type="spellEnd"/>
      <w:r w:rsidR="006A5B1C">
        <w:rPr>
          <w:rFonts w:eastAsia="MS Mincho" w:cs="Times New Roman"/>
        </w:rPr>
        <w:t xml:space="preserve"> à </w:t>
      </w:r>
      <w:proofErr w:type="spellStart"/>
      <w:r w:rsidR="006A5B1C">
        <w:rPr>
          <w:rFonts w:eastAsia="MS Mincho" w:cs="Times New Roman"/>
        </w:rPr>
        <w:t>l’oral</w:t>
      </w:r>
      <w:proofErr w:type="spellEnd"/>
      <w:r w:rsidR="006A5B1C">
        <w:rPr>
          <w:rFonts w:eastAsia="MS Mincho" w:cs="Times New Roman"/>
        </w:rPr>
        <w:t xml:space="preserve"> </w:t>
      </w:r>
      <w:r w:rsidRPr="00956D9A">
        <w:rPr>
          <w:rFonts w:eastAsia="MS Mincho" w:cs="Times New Roman"/>
        </w:rPr>
        <w:t xml:space="preserve"> </w:t>
      </w:r>
      <w:proofErr w:type="spellStart"/>
      <w:r w:rsidRPr="00956D9A">
        <w:rPr>
          <w:rFonts w:eastAsia="MS Mincho" w:cs="Times New Roman"/>
        </w:rPr>
        <w:t>votre</w:t>
      </w:r>
      <w:proofErr w:type="spellEnd"/>
      <w:r w:rsidRPr="00956D9A">
        <w:rPr>
          <w:rFonts w:eastAsia="MS Mincho" w:cs="Times New Roman"/>
        </w:rPr>
        <w:t xml:space="preserve"> "pitch" </w:t>
      </w:r>
      <w:proofErr w:type="spellStart"/>
      <w:r w:rsidRPr="00956D9A">
        <w:rPr>
          <w:rFonts w:eastAsia="MS Mincho" w:cs="Times New Roman"/>
        </w:rPr>
        <w:t>en</w:t>
      </w:r>
      <w:proofErr w:type="spellEnd"/>
      <w:r w:rsidRPr="00956D9A">
        <w:rPr>
          <w:rFonts w:eastAsia="MS Mincho" w:cs="Times New Roman"/>
        </w:rPr>
        <w:t xml:space="preserve"> 2-3 phrases maximum :</w:t>
      </w:r>
    </w:p>
    <w:p w14:paraId="028B4867" w14:textId="77777777" w:rsidR="00956D9A" w:rsidRPr="00956D9A" w:rsidRDefault="00956D9A" w:rsidP="00956D9A">
      <w:pPr>
        <w:rPr>
          <w:rFonts w:eastAsia="MS Mincho" w:cs="Times New Roman"/>
        </w:rPr>
      </w:pPr>
    </w:p>
    <w:p w14:paraId="34655A2E"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2F416A7C" w14:textId="77777777" w:rsidR="00956D9A" w:rsidRPr="00956D9A" w:rsidRDefault="00956D9A" w:rsidP="00956D9A">
      <w:pPr>
        <w:rPr>
          <w:rFonts w:eastAsia="MS Mincho" w:cs="Times New Roman"/>
        </w:rPr>
      </w:pPr>
    </w:p>
    <w:p w14:paraId="7B9EE45F"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19ABFBBD" w14:textId="77777777" w:rsidR="00956D9A" w:rsidRPr="00956D9A" w:rsidRDefault="00956D9A" w:rsidP="00956D9A">
      <w:pPr>
        <w:rPr>
          <w:rFonts w:eastAsia="MS Mincho" w:cs="Times New Roman"/>
        </w:rPr>
      </w:pPr>
    </w:p>
    <w:p w14:paraId="75E5326F"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74CCD60A" w14:textId="77777777" w:rsidR="00956D9A" w:rsidRPr="00956D9A" w:rsidRDefault="00956D9A" w:rsidP="00956D9A">
      <w:pPr>
        <w:rPr>
          <w:rFonts w:eastAsia="MS Mincho" w:cs="Times New Roman"/>
        </w:rPr>
      </w:pPr>
    </w:p>
    <w:p w14:paraId="713C3870" w14:textId="77777777" w:rsidR="00956D9A" w:rsidRPr="00956D9A" w:rsidRDefault="00956D9A" w:rsidP="00956D9A">
      <w:pPr>
        <w:rPr>
          <w:rFonts w:eastAsia="MS Mincho" w:cs="Times New Roman"/>
        </w:rPr>
      </w:pPr>
      <w:r w:rsidRPr="00956D9A">
        <w:rPr>
          <w:rFonts w:eastAsia="MS Mincho" w:cs="Times New Roman"/>
        </w:rPr>
        <w:t>___________________________________________________________________</w:t>
      </w:r>
    </w:p>
    <w:p w14:paraId="22BEBB05" w14:textId="0DF097AB" w:rsidR="00956D9A" w:rsidRPr="00956D9A" w:rsidRDefault="00956D9A" w:rsidP="009E7FA4">
      <w:pPr>
        <w:tabs>
          <w:tab w:val="num" w:pos="360"/>
        </w:tabs>
        <w:ind w:left="360" w:hanging="360"/>
        <w:contextualSpacing/>
        <w:rPr>
          <w:rFonts w:eastAsia="MS Mincho" w:cs="Times New Roman"/>
        </w:rPr>
      </w:pPr>
      <w:r w:rsidRPr="00956D9A">
        <w:rPr>
          <w:rFonts w:eastAsia="MS Mincho" w:cs="Times New Roman"/>
        </w:rPr>
        <w:t>Si vous n'arriv</w:t>
      </w:r>
      <w:proofErr w:type="spellStart"/>
      <w:r w:rsidRPr="00956D9A">
        <w:rPr>
          <w:rFonts w:eastAsia="MS Mincho" w:cs="Times New Roman"/>
        </w:rPr>
        <w:t>ez</w:t>
      </w:r>
      <w:proofErr w:type="spellEnd"/>
      <w:r w:rsidRPr="00956D9A">
        <w:rPr>
          <w:rFonts w:eastAsia="MS Mincho" w:cs="Times New Roman"/>
        </w:rPr>
        <w:t xml:space="preserve"> pas à le </w:t>
      </w:r>
      <w:proofErr w:type="spellStart"/>
      <w:r w:rsidRPr="00956D9A">
        <w:rPr>
          <w:rFonts w:eastAsia="MS Mincho" w:cs="Times New Roman"/>
        </w:rPr>
        <w:t>formuler</w:t>
      </w:r>
      <w:proofErr w:type="spellEnd"/>
      <w:r w:rsidRPr="00956D9A">
        <w:rPr>
          <w:rFonts w:eastAsia="MS Mincho" w:cs="Times New Roman"/>
        </w:rPr>
        <w:t xml:space="preserve"> </w:t>
      </w:r>
      <w:proofErr w:type="spellStart"/>
      <w:r w:rsidRPr="00956D9A">
        <w:rPr>
          <w:rFonts w:eastAsia="MS Mincho" w:cs="Times New Roman"/>
        </w:rPr>
        <w:t>clairement</w:t>
      </w:r>
      <w:proofErr w:type="spellEnd"/>
      <w:r w:rsidRPr="00956D9A">
        <w:rPr>
          <w:rFonts w:eastAsia="MS Mincho" w:cs="Times New Roman"/>
        </w:rPr>
        <w:t xml:space="preserve">, </w:t>
      </w:r>
      <w:proofErr w:type="spellStart"/>
      <w:r w:rsidRPr="00956D9A">
        <w:rPr>
          <w:rFonts w:eastAsia="MS Mincho" w:cs="Times New Roman"/>
        </w:rPr>
        <w:t>c'est</w:t>
      </w:r>
      <w:proofErr w:type="spellEnd"/>
      <w:r w:rsidRPr="00956D9A">
        <w:rPr>
          <w:rFonts w:eastAsia="MS Mincho" w:cs="Times New Roman"/>
        </w:rPr>
        <w:t xml:space="preserve"> </w:t>
      </w:r>
      <w:proofErr w:type="spellStart"/>
      <w:r w:rsidRPr="00956D9A">
        <w:rPr>
          <w:rFonts w:eastAsia="MS Mincho" w:cs="Times New Roman"/>
        </w:rPr>
        <w:t>que</w:t>
      </w:r>
      <w:proofErr w:type="spellEnd"/>
      <w:r w:rsidRPr="00956D9A">
        <w:rPr>
          <w:rFonts w:eastAsia="MS Mincho" w:cs="Times New Roman"/>
        </w:rPr>
        <w:t xml:space="preserve"> </w:t>
      </w:r>
      <w:proofErr w:type="spellStart"/>
      <w:r w:rsidRPr="00956D9A">
        <w:rPr>
          <w:rFonts w:eastAsia="MS Mincho" w:cs="Times New Roman"/>
        </w:rPr>
        <w:t>votre</w:t>
      </w:r>
      <w:proofErr w:type="spellEnd"/>
      <w:r w:rsidRPr="00956D9A">
        <w:rPr>
          <w:rFonts w:eastAsia="MS Mincho" w:cs="Times New Roman"/>
        </w:rPr>
        <w:t xml:space="preserve"> </w:t>
      </w:r>
      <w:proofErr w:type="spellStart"/>
      <w:r w:rsidRPr="00956D9A">
        <w:rPr>
          <w:rFonts w:eastAsia="MS Mincho" w:cs="Times New Roman"/>
        </w:rPr>
        <w:t>problématique</w:t>
      </w:r>
      <w:proofErr w:type="spellEnd"/>
      <w:r w:rsidRPr="00956D9A">
        <w:rPr>
          <w:rFonts w:eastAsia="MS Mincho" w:cs="Times New Roman"/>
        </w:rPr>
        <w:t xml:space="preserve"> </w:t>
      </w:r>
      <w:proofErr w:type="spellStart"/>
      <w:r w:rsidRPr="00956D9A">
        <w:rPr>
          <w:rFonts w:eastAsia="MS Mincho" w:cs="Times New Roman"/>
        </w:rPr>
        <w:t>n'est</w:t>
      </w:r>
      <w:proofErr w:type="spellEnd"/>
      <w:r w:rsidRPr="00956D9A">
        <w:rPr>
          <w:rFonts w:eastAsia="MS Mincho" w:cs="Times New Roman"/>
        </w:rPr>
        <w:t xml:space="preserve"> pas encore </w:t>
      </w:r>
      <w:proofErr w:type="spellStart"/>
      <w:r w:rsidRPr="00956D9A">
        <w:rPr>
          <w:rFonts w:eastAsia="MS Mincho" w:cs="Times New Roman"/>
        </w:rPr>
        <w:t>assez</w:t>
      </w:r>
      <w:proofErr w:type="spellEnd"/>
      <w:r w:rsidRPr="00956D9A">
        <w:rPr>
          <w:rFonts w:eastAsia="MS Mincho" w:cs="Times New Roman"/>
        </w:rPr>
        <w:t xml:space="preserve"> </w:t>
      </w:r>
      <w:proofErr w:type="spellStart"/>
      <w:r w:rsidRPr="00956D9A">
        <w:rPr>
          <w:rFonts w:eastAsia="MS Mincho" w:cs="Times New Roman"/>
        </w:rPr>
        <w:t>claire</w:t>
      </w:r>
      <w:proofErr w:type="spellEnd"/>
      <w:r w:rsidRPr="00956D9A">
        <w:rPr>
          <w:rFonts w:eastAsia="MS Mincho" w:cs="Times New Roman"/>
        </w:rPr>
        <w:t xml:space="preserve"> dans </w:t>
      </w:r>
      <w:proofErr w:type="spellStart"/>
      <w:r w:rsidRPr="00956D9A">
        <w:rPr>
          <w:rFonts w:eastAsia="MS Mincho" w:cs="Times New Roman"/>
        </w:rPr>
        <w:t>votre</w:t>
      </w:r>
      <w:proofErr w:type="spellEnd"/>
      <w:r w:rsidRPr="00956D9A">
        <w:rPr>
          <w:rFonts w:eastAsia="MS Mincho" w:cs="Times New Roman"/>
        </w:rPr>
        <w:t xml:space="preserve"> tête !</w:t>
      </w:r>
    </w:p>
    <w:p w14:paraId="0835C184" w14:textId="77777777" w:rsidR="00320231" w:rsidRDefault="00320231"/>
    <w:sectPr w:rsidR="00320231" w:rsidSect="00640DD7">
      <w:headerReference w:type="default" r:id="rId9"/>
      <w:footerReference w:type="default" r:id="rId10"/>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B61C1" w14:textId="77777777" w:rsidR="00086AE3" w:rsidRDefault="00086AE3" w:rsidP="00640DD7">
      <w:pPr>
        <w:spacing w:after="0" w:line="240" w:lineRule="auto"/>
      </w:pPr>
      <w:r>
        <w:separator/>
      </w:r>
    </w:p>
  </w:endnote>
  <w:endnote w:type="continuationSeparator" w:id="0">
    <w:p w14:paraId="03E88824" w14:textId="77777777" w:rsidR="00086AE3" w:rsidRDefault="00086AE3" w:rsidP="00640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861936"/>
      <w:docPartObj>
        <w:docPartGallery w:val="Page Numbers (Bottom of Page)"/>
        <w:docPartUnique/>
      </w:docPartObj>
    </w:sdtPr>
    <w:sdtContent>
      <w:p w14:paraId="72393714" w14:textId="0735FDB3" w:rsidR="008E3476" w:rsidRDefault="008E3476">
        <w:pPr>
          <w:pStyle w:val="Pieddepage"/>
          <w:jc w:val="center"/>
        </w:pPr>
        <w:r>
          <w:fldChar w:fldCharType="begin"/>
        </w:r>
        <w:r>
          <w:instrText>PAGE   \* MERGEFORMAT</w:instrText>
        </w:r>
        <w:r>
          <w:fldChar w:fldCharType="separate"/>
        </w:r>
        <w:r>
          <w:rPr>
            <w:lang w:val="fr-FR"/>
          </w:rPr>
          <w:t>2</w:t>
        </w:r>
        <w:r>
          <w:fldChar w:fldCharType="end"/>
        </w:r>
      </w:p>
    </w:sdtContent>
  </w:sdt>
  <w:p w14:paraId="5772E8A4" w14:textId="1BC8678C" w:rsidR="00640DD7" w:rsidRPr="00640DD7" w:rsidRDefault="00640DD7">
    <w:pPr>
      <w:pStyle w:val="Pieddepage"/>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7C5F0" w14:textId="77777777" w:rsidR="00086AE3" w:rsidRDefault="00086AE3" w:rsidP="00640DD7">
      <w:pPr>
        <w:spacing w:after="0" w:line="240" w:lineRule="auto"/>
      </w:pPr>
      <w:r>
        <w:separator/>
      </w:r>
    </w:p>
  </w:footnote>
  <w:footnote w:type="continuationSeparator" w:id="0">
    <w:p w14:paraId="4D2DCA10" w14:textId="77777777" w:rsidR="00086AE3" w:rsidRDefault="00086AE3" w:rsidP="00640D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A8105" w14:textId="18566A38" w:rsidR="008E3476" w:rsidRPr="008E3476" w:rsidRDefault="008E3476">
    <w:pPr>
      <w:pStyle w:val="En-tte"/>
      <w:rPr>
        <w:lang w:val="fr-FR"/>
      </w:rPr>
    </w:pPr>
    <w:r>
      <w:rPr>
        <w:lang w:val="fr-FR"/>
      </w:rPr>
      <w:t>Maria Mercanti-Guérin, Master 1 QSE – Méthodologie du Mémoire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08FE364A"/>
    <w:multiLevelType w:val="hybridMultilevel"/>
    <w:tmpl w:val="D5C6B7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50895804">
    <w:abstractNumId w:val="8"/>
  </w:num>
  <w:num w:numId="2" w16cid:durableId="1563101843">
    <w:abstractNumId w:val="6"/>
  </w:num>
  <w:num w:numId="3" w16cid:durableId="2000621814">
    <w:abstractNumId w:val="5"/>
  </w:num>
  <w:num w:numId="4" w16cid:durableId="62682970">
    <w:abstractNumId w:val="4"/>
  </w:num>
  <w:num w:numId="5" w16cid:durableId="570776711">
    <w:abstractNumId w:val="7"/>
  </w:num>
  <w:num w:numId="6" w16cid:durableId="1871455890">
    <w:abstractNumId w:val="3"/>
  </w:num>
  <w:num w:numId="7" w16cid:durableId="1437484673">
    <w:abstractNumId w:val="2"/>
  </w:num>
  <w:num w:numId="8" w16cid:durableId="835344088">
    <w:abstractNumId w:val="1"/>
  </w:num>
  <w:num w:numId="9" w16cid:durableId="625893158">
    <w:abstractNumId w:val="0"/>
  </w:num>
  <w:num w:numId="10" w16cid:durableId="6572245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6AE3"/>
    <w:rsid w:val="0015074B"/>
    <w:rsid w:val="0029639D"/>
    <w:rsid w:val="00320231"/>
    <w:rsid w:val="00326F90"/>
    <w:rsid w:val="003E2A88"/>
    <w:rsid w:val="005B68D7"/>
    <w:rsid w:val="00640DD7"/>
    <w:rsid w:val="006A5B1C"/>
    <w:rsid w:val="007B0879"/>
    <w:rsid w:val="00807BD4"/>
    <w:rsid w:val="008E3476"/>
    <w:rsid w:val="00956D9A"/>
    <w:rsid w:val="009E7FA4"/>
    <w:rsid w:val="00AA0FC9"/>
    <w:rsid w:val="00AA1D8D"/>
    <w:rsid w:val="00B165F9"/>
    <w:rsid w:val="00B47730"/>
    <w:rsid w:val="00CB0664"/>
    <w:rsid w:val="00E9465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D22447"/>
  <w14:defaultImageDpi w14:val="300"/>
  <w15:docId w15:val="{B37E50E7-7ECD-454F-95F8-3590B1DA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2954</Words>
  <Characters>16250</Characters>
  <Application>Microsoft Office Word</Application>
  <DocSecurity>0</DocSecurity>
  <Lines>135</Lines>
  <Paragraphs>38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19166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GUERIN</cp:lastModifiedBy>
  <cp:revision>5</cp:revision>
  <dcterms:created xsi:type="dcterms:W3CDTF">2025-11-14T12:50:00Z</dcterms:created>
  <dcterms:modified xsi:type="dcterms:W3CDTF">2025-11-14T12:52:00Z</dcterms:modified>
  <cp:category/>
</cp:coreProperties>
</file>